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9E058" w14:textId="65373599" w:rsidR="0082714F" w:rsidRPr="00633949" w:rsidRDefault="00D51C81">
      <w:pPr>
        <w:jc w:val="center"/>
        <w:rPr>
          <w:lang w:val="sl-SI"/>
        </w:rPr>
      </w:pPr>
      <w:r w:rsidRPr="00633949">
        <w:rPr>
          <w:b/>
          <w:sz w:val="28"/>
          <w:lang w:val="sl-SI"/>
        </w:rPr>
        <w:t>LISTA PRISOTNOSTI</w:t>
      </w:r>
      <w:r w:rsidR="003D2D90" w:rsidRPr="00633949">
        <w:rPr>
          <w:b/>
          <w:sz w:val="28"/>
          <w:lang w:val="sl-SI"/>
        </w:rPr>
        <w:t xml:space="preserve"> IN TOČKOVNIK</w:t>
      </w:r>
      <w:r w:rsidRPr="00633949">
        <w:rPr>
          <w:b/>
          <w:sz w:val="28"/>
          <w:lang w:val="sl-SI"/>
        </w:rPr>
        <w:t xml:space="preserve"> KANDIDATOV</w:t>
      </w:r>
    </w:p>
    <w:tbl>
      <w:tblPr>
        <w:tblStyle w:val="Tabelamrea"/>
        <w:tblW w:w="0" w:type="auto"/>
        <w:tblInd w:w="-5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214"/>
      </w:tblGrid>
      <w:tr w:rsidR="00FA43E1" w:rsidRPr="00633949" w14:paraId="4DDB343A" w14:textId="77777777" w:rsidTr="00FA43E1">
        <w:trPr>
          <w:trHeight w:val="496"/>
        </w:trPr>
        <w:tc>
          <w:tcPr>
            <w:tcW w:w="9214" w:type="dxa"/>
            <w:shd w:val="clear" w:color="auto" w:fill="EDEDED"/>
            <w:vAlign w:val="center"/>
          </w:tcPr>
          <w:p w14:paraId="79109916" w14:textId="77777777" w:rsidR="00FA43E1" w:rsidRPr="00633949" w:rsidRDefault="00FA43E1" w:rsidP="00FA43E1">
            <w:pPr>
              <w:rPr>
                <w:lang w:val="sl-SI"/>
              </w:rPr>
            </w:pPr>
            <w:r w:rsidRPr="00633949">
              <w:rPr>
                <w:b/>
                <w:lang w:val="sl-SI"/>
              </w:rPr>
              <w:t>Naziv pooblaščenega izpitnega centra:</w:t>
            </w:r>
          </w:p>
        </w:tc>
      </w:tr>
      <w:tr w:rsidR="00FA43E1" w:rsidRPr="00633949" w14:paraId="7D90D69E" w14:textId="77777777" w:rsidTr="00FA43E1">
        <w:trPr>
          <w:trHeight w:val="292"/>
        </w:trPr>
        <w:tc>
          <w:tcPr>
            <w:tcW w:w="9214" w:type="dxa"/>
            <w:shd w:val="clear" w:color="auto" w:fill="EDEDED"/>
            <w:vAlign w:val="center"/>
          </w:tcPr>
          <w:p w14:paraId="6D6F683D" w14:textId="77777777" w:rsidR="00FA43E1" w:rsidRPr="00633949" w:rsidRDefault="00FA43E1">
            <w:pPr>
              <w:rPr>
                <w:lang w:val="sl-SI"/>
              </w:rPr>
            </w:pPr>
            <w:r w:rsidRPr="00633949">
              <w:rPr>
                <w:b/>
                <w:lang w:val="sl-SI"/>
              </w:rPr>
              <w:t>Lokacija preizkusa:</w:t>
            </w:r>
          </w:p>
        </w:tc>
      </w:tr>
      <w:tr w:rsidR="00FA43E1" w:rsidRPr="00633949" w14:paraId="6615CC3D" w14:textId="77777777" w:rsidTr="00FA43E1">
        <w:trPr>
          <w:trHeight w:val="440"/>
        </w:trPr>
        <w:tc>
          <w:tcPr>
            <w:tcW w:w="9214" w:type="dxa"/>
            <w:shd w:val="clear" w:color="auto" w:fill="EDEDED"/>
            <w:vAlign w:val="center"/>
          </w:tcPr>
          <w:p w14:paraId="38866BFA" w14:textId="77777777" w:rsidR="00FA43E1" w:rsidRPr="00633949" w:rsidRDefault="00FA43E1">
            <w:pPr>
              <w:rPr>
                <w:lang w:val="sl-SI"/>
              </w:rPr>
            </w:pPr>
            <w:r w:rsidRPr="00633949">
              <w:rPr>
                <w:b/>
                <w:lang w:val="sl-SI"/>
              </w:rPr>
              <w:t>Datum preizkusa:</w:t>
            </w:r>
          </w:p>
        </w:tc>
      </w:tr>
    </w:tbl>
    <w:p w14:paraId="5BC0E9FE" w14:textId="77777777" w:rsidR="000D6F15" w:rsidRPr="00633949" w:rsidRDefault="000D6F15">
      <w:pPr>
        <w:spacing w:after="80"/>
        <w:rPr>
          <w:i/>
          <w:lang w:val="sl-SI"/>
        </w:rPr>
      </w:pPr>
    </w:p>
    <w:tbl>
      <w:tblPr>
        <w:tblStyle w:val="Tabelamrea"/>
        <w:tblW w:w="0" w:type="auto"/>
        <w:jc w:val="center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072"/>
        <w:gridCol w:w="2534"/>
        <w:gridCol w:w="963"/>
        <w:gridCol w:w="2232"/>
        <w:gridCol w:w="2444"/>
        <w:gridCol w:w="2163"/>
        <w:gridCol w:w="1074"/>
        <w:gridCol w:w="1101"/>
        <w:gridCol w:w="887"/>
      </w:tblGrid>
      <w:tr w:rsidR="000D6F15" w:rsidRPr="00633949" w14:paraId="18DBFBA8" w14:textId="77777777" w:rsidTr="00633949">
        <w:trPr>
          <w:tblHeader/>
          <w:jc w:val="center"/>
        </w:trPr>
        <w:tc>
          <w:tcPr>
            <w:tcW w:w="1072" w:type="dxa"/>
            <w:shd w:val="clear" w:color="auto" w:fill="D9EAF7"/>
            <w:vAlign w:val="center"/>
          </w:tcPr>
          <w:p w14:paraId="2CC15245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proofErr w:type="spellStart"/>
            <w:r w:rsidRPr="00633949">
              <w:rPr>
                <w:b/>
                <w:sz w:val="15"/>
                <w:lang w:val="sl-SI"/>
              </w:rPr>
              <w:t>Zap</w:t>
            </w:r>
            <w:proofErr w:type="spellEnd"/>
            <w:r w:rsidRPr="00633949">
              <w:rPr>
                <w:b/>
                <w:sz w:val="15"/>
                <w:lang w:val="sl-SI"/>
              </w:rPr>
              <w:t>. št.</w:t>
            </w:r>
          </w:p>
        </w:tc>
        <w:tc>
          <w:tcPr>
            <w:tcW w:w="2534" w:type="dxa"/>
            <w:shd w:val="clear" w:color="auto" w:fill="D9EAF7"/>
            <w:vAlign w:val="center"/>
          </w:tcPr>
          <w:p w14:paraId="0F7DF91C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Priimek in ime kandidata</w:t>
            </w:r>
            <w:r w:rsidRPr="00633949">
              <w:rPr>
                <w:b/>
                <w:sz w:val="15"/>
                <w:lang w:val="sl-SI"/>
              </w:rPr>
              <w:br/>
              <w:t>(po abecednem vrstnem redu)</w:t>
            </w:r>
          </w:p>
        </w:tc>
        <w:tc>
          <w:tcPr>
            <w:tcW w:w="963" w:type="dxa"/>
            <w:shd w:val="clear" w:color="auto" w:fill="D9EAF7"/>
            <w:vAlign w:val="center"/>
          </w:tcPr>
          <w:p w14:paraId="58A60E61" w14:textId="77777777" w:rsidR="00FA43E1" w:rsidRPr="00633949" w:rsidRDefault="000D6F15" w:rsidP="000D6F15">
            <w:pPr>
              <w:jc w:val="center"/>
              <w:rPr>
                <w:b/>
                <w:sz w:val="15"/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Kategorija temeljne kvalifikacije</w:t>
            </w:r>
            <w:r w:rsidRPr="00633949">
              <w:rPr>
                <w:b/>
                <w:sz w:val="15"/>
                <w:lang w:val="sl-SI"/>
              </w:rPr>
              <w:br/>
              <w:t xml:space="preserve">(C, D, </w:t>
            </w:r>
          </w:p>
          <w:p w14:paraId="2CB6000C" w14:textId="77777777" w:rsidR="00FA43E1" w:rsidRPr="00633949" w:rsidRDefault="000D6F15" w:rsidP="000D6F15">
            <w:pPr>
              <w:jc w:val="center"/>
              <w:rPr>
                <w:b/>
                <w:sz w:val="15"/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 xml:space="preserve">C delni, </w:t>
            </w:r>
          </w:p>
          <w:p w14:paraId="6ECA6B0E" w14:textId="75828F0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D delni)</w:t>
            </w:r>
          </w:p>
        </w:tc>
        <w:tc>
          <w:tcPr>
            <w:tcW w:w="2232" w:type="dxa"/>
            <w:shd w:val="clear" w:color="auto" w:fill="D9EAF7"/>
            <w:vAlign w:val="center"/>
          </w:tcPr>
          <w:p w14:paraId="6679E7A7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Jezik opravljanja preizkusa</w:t>
            </w:r>
          </w:p>
        </w:tc>
        <w:tc>
          <w:tcPr>
            <w:tcW w:w="2444" w:type="dxa"/>
            <w:shd w:val="clear" w:color="auto" w:fill="D9EAF7"/>
            <w:vAlign w:val="center"/>
          </w:tcPr>
          <w:p w14:paraId="6DB8DD56" w14:textId="1170FABF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Številka in vrsta ter država izdajateljica osebnega dokumenta</w:t>
            </w:r>
          </w:p>
        </w:tc>
        <w:tc>
          <w:tcPr>
            <w:tcW w:w="2163" w:type="dxa"/>
            <w:shd w:val="clear" w:color="auto" w:fill="D9EAF7"/>
            <w:vAlign w:val="center"/>
          </w:tcPr>
          <w:p w14:paraId="68102D1E" w14:textId="1656218B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 xml:space="preserve">Podpis osebe, ki je s </w:t>
            </w:r>
            <w:r w:rsidR="00633949" w:rsidRPr="00633949">
              <w:rPr>
                <w:b/>
                <w:sz w:val="15"/>
                <w:lang w:val="sl-SI"/>
              </w:rPr>
              <w:t>strani</w:t>
            </w:r>
            <w:r w:rsidRPr="00633949">
              <w:rPr>
                <w:b/>
                <w:sz w:val="15"/>
                <w:lang w:val="sl-SI"/>
              </w:rPr>
              <w:t xml:space="preserve"> pooblaščenega izpitnega centra preverila istovetnost</w:t>
            </w:r>
          </w:p>
        </w:tc>
        <w:tc>
          <w:tcPr>
            <w:tcW w:w="1074" w:type="dxa"/>
            <w:shd w:val="clear" w:color="auto" w:fill="D9EAF7"/>
            <w:vAlign w:val="center"/>
          </w:tcPr>
          <w:p w14:paraId="433DF089" w14:textId="77777777" w:rsidR="000D6F15" w:rsidRPr="00633949" w:rsidRDefault="000D6F15" w:rsidP="000D6F15">
            <w:pPr>
              <w:jc w:val="center"/>
              <w:rPr>
                <w:b/>
                <w:sz w:val="15"/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 xml:space="preserve">Opravljen praktični preizkus </w:t>
            </w:r>
          </w:p>
          <w:p w14:paraId="3D1180ED" w14:textId="1D7C43B3" w:rsidR="000D6F15" w:rsidRPr="00633949" w:rsidRDefault="000D6F15" w:rsidP="000D6F15">
            <w:pPr>
              <w:jc w:val="center"/>
              <w:rPr>
                <w:b/>
                <w:sz w:val="15"/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 xml:space="preserve">(DA / NE) </w:t>
            </w:r>
          </w:p>
        </w:tc>
        <w:tc>
          <w:tcPr>
            <w:tcW w:w="1101" w:type="dxa"/>
            <w:shd w:val="clear" w:color="auto" w:fill="D9EAF7"/>
            <w:vAlign w:val="center"/>
          </w:tcPr>
          <w:p w14:paraId="4F9FC1EC" w14:textId="6D2199AD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Število doseženih točk</w:t>
            </w:r>
          </w:p>
        </w:tc>
        <w:tc>
          <w:tcPr>
            <w:tcW w:w="887" w:type="dxa"/>
            <w:shd w:val="clear" w:color="auto" w:fill="D9EAF7"/>
            <w:vAlign w:val="center"/>
          </w:tcPr>
          <w:p w14:paraId="3EDF5566" w14:textId="6BBD6688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b/>
                <w:sz w:val="15"/>
                <w:lang w:val="sl-SI"/>
              </w:rPr>
              <w:t>Uspešnost</w:t>
            </w:r>
            <w:r w:rsidRPr="00633949">
              <w:rPr>
                <w:b/>
                <w:sz w:val="15"/>
                <w:lang w:val="sl-SI"/>
              </w:rPr>
              <w:br/>
              <w:t>(DA / NE)</w:t>
            </w:r>
          </w:p>
        </w:tc>
      </w:tr>
      <w:tr w:rsidR="000D6F15" w:rsidRPr="00633949" w14:paraId="1F0716F1" w14:textId="77777777" w:rsidTr="00633949">
        <w:trPr>
          <w:trHeight w:val="520"/>
          <w:jc w:val="center"/>
        </w:trPr>
        <w:tc>
          <w:tcPr>
            <w:tcW w:w="1072" w:type="dxa"/>
            <w:vAlign w:val="center"/>
          </w:tcPr>
          <w:p w14:paraId="4A520817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sz w:val="16"/>
                <w:lang w:val="sl-SI"/>
              </w:rPr>
              <w:t>1</w:t>
            </w:r>
          </w:p>
        </w:tc>
        <w:tc>
          <w:tcPr>
            <w:tcW w:w="2534" w:type="dxa"/>
            <w:vAlign w:val="center"/>
          </w:tcPr>
          <w:p w14:paraId="480D2CB4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963" w:type="dxa"/>
            <w:vAlign w:val="center"/>
          </w:tcPr>
          <w:p w14:paraId="3C78C0C5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232" w:type="dxa"/>
            <w:vAlign w:val="center"/>
          </w:tcPr>
          <w:p w14:paraId="7F881510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444" w:type="dxa"/>
            <w:vAlign w:val="center"/>
          </w:tcPr>
          <w:p w14:paraId="229CFC4D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2163" w:type="dxa"/>
            <w:vAlign w:val="center"/>
          </w:tcPr>
          <w:p w14:paraId="7B87E89E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1074" w:type="dxa"/>
          </w:tcPr>
          <w:p w14:paraId="082A0DBA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1101" w:type="dxa"/>
            <w:vAlign w:val="center"/>
          </w:tcPr>
          <w:p w14:paraId="27F3DCA7" w14:textId="638BE055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887" w:type="dxa"/>
            <w:vAlign w:val="center"/>
          </w:tcPr>
          <w:p w14:paraId="5164B1D5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</w:tr>
      <w:tr w:rsidR="000D6F15" w:rsidRPr="00633949" w14:paraId="52247AB5" w14:textId="77777777" w:rsidTr="00633949">
        <w:trPr>
          <w:trHeight w:val="520"/>
          <w:jc w:val="center"/>
        </w:trPr>
        <w:tc>
          <w:tcPr>
            <w:tcW w:w="1072" w:type="dxa"/>
            <w:vAlign w:val="center"/>
          </w:tcPr>
          <w:p w14:paraId="6E07D7DE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sz w:val="16"/>
                <w:lang w:val="sl-SI"/>
              </w:rPr>
              <w:t>2</w:t>
            </w:r>
          </w:p>
        </w:tc>
        <w:tc>
          <w:tcPr>
            <w:tcW w:w="2534" w:type="dxa"/>
            <w:vAlign w:val="center"/>
          </w:tcPr>
          <w:p w14:paraId="3DF141F4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963" w:type="dxa"/>
            <w:vAlign w:val="center"/>
          </w:tcPr>
          <w:p w14:paraId="6B7C1377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232" w:type="dxa"/>
            <w:vAlign w:val="center"/>
          </w:tcPr>
          <w:p w14:paraId="1203B6AB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444" w:type="dxa"/>
            <w:vAlign w:val="center"/>
          </w:tcPr>
          <w:p w14:paraId="33836A1B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2163" w:type="dxa"/>
            <w:vAlign w:val="center"/>
          </w:tcPr>
          <w:p w14:paraId="538A5930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1074" w:type="dxa"/>
          </w:tcPr>
          <w:p w14:paraId="23A617C7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1101" w:type="dxa"/>
            <w:vAlign w:val="center"/>
          </w:tcPr>
          <w:p w14:paraId="7D8C55EF" w14:textId="505D3AD0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887" w:type="dxa"/>
            <w:vAlign w:val="center"/>
          </w:tcPr>
          <w:p w14:paraId="0BC9A751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</w:tr>
      <w:tr w:rsidR="000D6F15" w:rsidRPr="00633949" w14:paraId="75D33CD4" w14:textId="77777777" w:rsidTr="00633949">
        <w:trPr>
          <w:trHeight w:val="520"/>
          <w:jc w:val="center"/>
        </w:trPr>
        <w:tc>
          <w:tcPr>
            <w:tcW w:w="1072" w:type="dxa"/>
            <w:vAlign w:val="center"/>
          </w:tcPr>
          <w:p w14:paraId="5C845901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sz w:val="16"/>
                <w:lang w:val="sl-SI"/>
              </w:rPr>
              <w:t>3</w:t>
            </w:r>
          </w:p>
        </w:tc>
        <w:tc>
          <w:tcPr>
            <w:tcW w:w="2534" w:type="dxa"/>
            <w:vAlign w:val="center"/>
          </w:tcPr>
          <w:p w14:paraId="5C5760BD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963" w:type="dxa"/>
            <w:vAlign w:val="center"/>
          </w:tcPr>
          <w:p w14:paraId="1F2729A6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232" w:type="dxa"/>
            <w:vAlign w:val="center"/>
          </w:tcPr>
          <w:p w14:paraId="3C7589DD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444" w:type="dxa"/>
            <w:vAlign w:val="center"/>
          </w:tcPr>
          <w:p w14:paraId="0436C4D9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2163" w:type="dxa"/>
            <w:vAlign w:val="center"/>
          </w:tcPr>
          <w:p w14:paraId="442A58FA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1074" w:type="dxa"/>
          </w:tcPr>
          <w:p w14:paraId="12BD0934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1101" w:type="dxa"/>
            <w:vAlign w:val="center"/>
          </w:tcPr>
          <w:p w14:paraId="27A445BD" w14:textId="35EAFB72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887" w:type="dxa"/>
            <w:vAlign w:val="center"/>
          </w:tcPr>
          <w:p w14:paraId="6414321C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</w:tr>
      <w:tr w:rsidR="000D6F15" w:rsidRPr="00633949" w14:paraId="2E84AFB2" w14:textId="77777777" w:rsidTr="00633949">
        <w:trPr>
          <w:trHeight w:val="520"/>
          <w:jc w:val="center"/>
        </w:trPr>
        <w:tc>
          <w:tcPr>
            <w:tcW w:w="1072" w:type="dxa"/>
            <w:vAlign w:val="center"/>
          </w:tcPr>
          <w:p w14:paraId="43D176FE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sz w:val="16"/>
                <w:lang w:val="sl-SI"/>
              </w:rPr>
              <w:t>4</w:t>
            </w:r>
          </w:p>
        </w:tc>
        <w:tc>
          <w:tcPr>
            <w:tcW w:w="2534" w:type="dxa"/>
            <w:vAlign w:val="center"/>
          </w:tcPr>
          <w:p w14:paraId="55CED05B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963" w:type="dxa"/>
            <w:vAlign w:val="center"/>
          </w:tcPr>
          <w:p w14:paraId="7A1C03FA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232" w:type="dxa"/>
            <w:vAlign w:val="center"/>
          </w:tcPr>
          <w:p w14:paraId="1FD1949E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444" w:type="dxa"/>
            <w:vAlign w:val="center"/>
          </w:tcPr>
          <w:p w14:paraId="463F428C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2163" w:type="dxa"/>
            <w:vAlign w:val="center"/>
          </w:tcPr>
          <w:p w14:paraId="03E8C3D6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1074" w:type="dxa"/>
          </w:tcPr>
          <w:p w14:paraId="77DC0FA1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1101" w:type="dxa"/>
            <w:vAlign w:val="center"/>
          </w:tcPr>
          <w:p w14:paraId="13ADAD74" w14:textId="7916B99F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887" w:type="dxa"/>
            <w:vAlign w:val="center"/>
          </w:tcPr>
          <w:p w14:paraId="08E40446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</w:tr>
      <w:tr w:rsidR="000D6F15" w:rsidRPr="00633949" w14:paraId="3E679E7E" w14:textId="77777777" w:rsidTr="00633949">
        <w:trPr>
          <w:trHeight w:val="520"/>
          <w:jc w:val="center"/>
        </w:trPr>
        <w:tc>
          <w:tcPr>
            <w:tcW w:w="1072" w:type="dxa"/>
            <w:vAlign w:val="center"/>
          </w:tcPr>
          <w:p w14:paraId="33551755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sz w:val="16"/>
                <w:lang w:val="sl-SI"/>
              </w:rPr>
              <w:t>5</w:t>
            </w:r>
          </w:p>
        </w:tc>
        <w:tc>
          <w:tcPr>
            <w:tcW w:w="2534" w:type="dxa"/>
            <w:vAlign w:val="center"/>
          </w:tcPr>
          <w:p w14:paraId="626CDF49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963" w:type="dxa"/>
            <w:vAlign w:val="center"/>
          </w:tcPr>
          <w:p w14:paraId="05BED155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232" w:type="dxa"/>
            <w:vAlign w:val="center"/>
          </w:tcPr>
          <w:p w14:paraId="04716D3E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444" w:type="dxa"/>
            <w:vAlign w:val="center"/>
          </w:tcPr>
          <w:p w14:paraId="0E78A251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2163" w:type="dxa"/>
            <w:vAlign w:val="center"/>
          </w:tcPr>
          <w:p w14:paraId="44F7B925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1074" w:type="dxa"/>
          </w:tcPr>
          <w:p w14:paraId="3DF9C227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1101" w:type="dxa"/>
            <w:vAlign w:val="center"/>
          </w:tcPr>
          <w:p w14:paraId="6E86915D" w14:textId="505091E4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887" w:type="dxa"/>
            <w:vAlign w:val="center"/>
          </w:tcPr>
          <w:p w14:paraId="3B837D38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</w:tr>
      <w:tr w:rsidR="000D6F15" w:rsidRPr="00633949" w14:paraId="7BAB3779" w14:textId="77777777" w:rsidTr="00633949">
        <w:trPr>
          <w:trHeight w:val="520"/>
          <w:jc w:val="center"/>
        </w:trPr>
        <w:tc>
          <w:tcPr>
            <w:tcW w:w="1072" w:type="dxa"/>
            <w:vAlign w:val="center"/>
          </w:tcPr>
          <w:p w14:paraId="283816C0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  <w:r w:rsidRPr="00633949">
              <w:rPr>
                <w:sz w:val="16"/>
                <w:lang w:val="sl-SI"/>
              </w:rPr>
              <w:t>6</w:t>
            </w:r>
          </w:p>
        </w:tc>
        <w:tc>
          <w:tcPr>
            <w:tcW w:w="2534" w:type="dxa"/>
            <w:vAlign w:val="center"/>
          </w:tcPr>
          <w:p w14:paraId="0ACD8876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963" w:type="dxa"/>
            <w:vAlign w:val="center"/>
          </w:tcPr>
          <w:p w14:paraId="09F8E000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232" w:type="dxa"/>
            <w:vAlign w:val="center"/>
          </w:tcPr>
          <w:p w14:paraId="2BB61E44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2444" w:type="dxa"/>
            <w:vAlign w:val="center"/>
          </w:tcPr>
          <w:p w14:paraId="04B3EE60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2163" w:type="dxa"/>
            <w:vAlign w:val="center"/>
          </w:tcPr>
          <w:p w14:paraId="05CC79EC" w14:textId="77777777" w:rsidR="000D6F15" w:rsidRPr="00633949" w:rsidRDefault="000D6F15" w:rsidP="000D6F15">
            <w:pPr>
              <w:rPr>
                <w:lang w:val="sl-SI"/>
              </w:rPr>
            </w:pPr>
          </w:p>
        </w:tc>
        <w:tc>
          <w:tcPr>
            <w:tcW w:w="1074" w:type="dxa"/>
          </w:tcPr>
          <w:p w14:paraId="01244B16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1101" w:type="dxa"/>
            <w:vAlign w:val="center"/>
          </w:tcPr>
          <w:p w14:paraId="106E0A2F" w14:textId="319A2258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  <w:tc>
          <w:tcPr>
            <w:tcW w:w="887" w:type="dxa"/>
            <w:vAlign w:val="center"/>
          </w:tcPr>
          <w:p w14:paraId="6889706F" w14:textId="77777777" w:rsidR="000D6F15" w:rsidRPr="00633949" w:rsidRDefault="000D6F15" w:rsidP="000D6F15">
            <w:pPr>
              <w:jc w:val="center"/>
              <w:rPr>
                <w:lang w:val="sl-SI"/>
              </w:rPr>
            </w:pPr>
          </w:p>
        </w:tc>
      </w:tr>
    </w:tbl>
    <w:p w14:paraId="778B5058" w14:textId="77777777" w:rsidR="0082714F" w:rsidRPr="00633949" w:rsidRDefault="00D51C81">
      <w:pPr>
        <w:spacing w:before="120"/>
        <w:rPr>
          <w:i/>
          <w:sz w:val="16"/>
          <w:lang w:val="sl-SI"/>
        </w:rPr>
      </w:pPr>
      <w:r w:rsidRPr="00633949">
        <w:rPr>
          <w:i/>
          <w:sz w:val="16"/>
          <w:lang w:val="sl-SI"/>
        </w:rPr>
        <w:t>Opomba: seznam kandidatov se pripravi po abecednem vrstnem redu priimkov. Podpis pooblaščene osebe se vpiše po preveritvi identitete kandidata oziroma ob izvedbi preizkusa.</w:t>
      </w:r>
    </w:p>
    <w:p w14:paraId="53799E47" w14:textId="6944CB78" w:rsidR="00192E5A" w:rsidRPr="00633949" w:rsidRDefault="00192E5A">
      <w:pPr>
        <w:spacing w:before="120"/>
        <w:rPr>
          <w:i/>
          <w:sz w:val="16"/>
          <w:lang w:val="sl-SI"/>
        </w:rPr>
      </w:pPr>
      <w:r w:rsidRPr="00633949">
        <w:rPr>
          <w:i/>
          <w:sz w:val="16"/>
          <w:lang w:val="sl-SI"/>
        </w:rPr>
        <w:t xml:space="preserve">PREVAJALCI: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067"/>
        <w:gridCol w:w="2067"/>
        <w:gridCol w:w="2067"/>
        <w:gridCol w:w="2067"/>
        <w:gridCol w:w="2067"/>
      </w:tblGrid>
      <w:tr w:rsidR="00192E5A" w:rsidRPr="00633949" w14:paraId="4E45D0CC" w14:textId="77777777" w:rsidTr="00192E5A">
        <w:tc>
          <w:tcPr>
            <w:tcW w:w="2067" w:type="dxa"/>
          </w:tcPr>
          <w:p w14:paraId="1D5F8B72" w14:textId="2F013703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  <w:r w:rsidRPr="00633949">
              <w:rPr>
                <w:i/>
                <w:sz w:val="16"/>
                <w:lang w:val="sl-SI"/>
              </w:rPr>
              <w:t>Jezik</w:t>
            </w:r>
          </w:p>
        </w:tc>
        <w:tc>
          <w:tcPr>
            <w:tcW w:w="2067" w:type="dxa"/>
          </w:tcPr>
          <w:p w14:paraId="75754830" w14:textId="4E890662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  <w:r w:rsidRPr="00633949">
              <w:rPr>
                <w:i/>
                <w:sz w:val="16"/>
                <w:lang w:val="sl-SI"/>
              </w:rPr>
              <w:t>Ime in priimek</w:t>
            </w:r>
          </w:p>
        </w:tc>
        <w:tc>
          <w:tcPr>
            <w:tcW w:w="2067" w:type="dxa"/>
          </w:tcPr>
          <w:p w14:paraId="2F5F46FC" w14:textId="5074075A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  <w:r w:rsidRPr="00633949">
              <w:rPr>
                <w:i/>
                <w:sz w:val="16"/>
                <w:lang w:val="sl-SI"/>
              </w:rPr>
              <w:t>Na</w:t>
            </w:r>
            <w:r w:rsidR="003D2D90" w:rsidRPr="00633949">
              <w:rPr>
                <w:i/>
                <w:sz w:val="16"/>
                <w:lang w:val="sl-SI"/>
              </w:rPr>
              <w:t>s</w:t>
            </w:r>
            <w:r w:rsidRPr="00633949">
              <w:rPr>
                <w:i/>
                <w:sz w:val="16"/>
                <w:lang w:val="sl-SI"/>
              </w:rPr>
              <w:t>lov</w:t>
            </w:r>
          </w:p>
        </w:tc>
        <w:tc>
          <w:tcPr>
            <w:tcW w:w="2067" w:type="dxa"/>
          </w:tcPr>
          <w:p w14:paraId="7532FA99" w14:textId="743F64AA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  <w:r w:rsidRPr="00633949">
              <w:rPr>
                <w:i/>
                <w:sz w:val="16"/>
                <w:lang w:val="sl-SI"/>
              </w:rPr>
              <w:t>Elektronski naslov</w:t>
            </w:r>
          </w:p>
        </w:tc>
        <w:tc>
          <w:tcPr>
            <w:tcW w:w="2067" w:type="dxa"/>
          </w:tcPr>
          <w:p w14:paraId="3FC4C39B" w14:textId="26A52962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  <w:r w:rsidRPr="00633949">
              <w:rPr>
                <w:i/>
                <w:sz w:val="16"/>
                <w:lang w:val="sl-SI"/>
              </w:rPr>
              <w:t>Telefon</w:t>
            </w:r>
          </w:p>
        </w:tc>
      </w:tr>
      <w:tr w:rsidR="00192E5A" w:rsidRPr="00633949" w14:paraId="74305730" w14:textId="77777777" w:rsidTr="00192E5A">
        <w:tc>
          <w:tcPr>
            <w:tcW w:w="2067" w:type="dxa"/>
          </w:tcPr>
          <w:p w14:paraId="676808C2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1D24F4D6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2DD180F9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594D9205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0FE7A130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</w:tr>
      <w:tr w:rsidR="00192E5A" w:rsidRPr="00633949" w14:paraId="78ECF0D1" w14:textId="77777777" w:rsidTr="00192E5A">
        <w:tc>
          <w:tcPr>
            <w:tcW w:w="2067" w:type="dxa"/>
          </w:tcPr>
          <w:p w14:paraId="4A50684D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09BE1CE8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5D6795F8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69F132F1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653C3E4F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</w:tr>
      <w:tr w:rsidR="00192E5A" w:rsidRPr="00633949" w14:paraId="15C13091" w14:textId="77777777" w:rsidTr="00192E5A">
        <w:tc>
          <w:tcPr>
            <w:tcW w:w="2067" w:type="dxa"/>
          </w:tcPr>
          <w:p w14:paraId="387782D0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5BE242EC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122E3E04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130DD09C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  <w:tc>
          <w:tcPr>
            <w:tcW w:w="2067" w:type="dxa"/>
          </w:tcPr>
          <w:p w14:paraId="1408AA25" w14:textId="77777777" w:rsidR="00192E5A" w:rsidRPr="00633949" w:rsidRDefault="00192E5A">
            <w:pPr>
              <w:spacing w:before="120"/>
              <w:rPr>
                <w:i/>
                <w:sz w:val="16"/>
                <w:lang w:val="sl-SI"/>
              </w:rPr>
            </w:pPr>
          </w:p>
        </w:tc>
      </w:tr>
    </w:tbl>
    <w:p w14:paraId="0B97E3FC" w14:textId="77777777" w:rsidR="00192E5A" w:rsidRPr="00633949" w:rsidRDefault="00192E5A">
      <w:pPr>
        <w:spacing w:before="120"/>
        <w:rPr>
          <w:i/>
          <w:sz w:val="16"/>
          <w:lang w:val="sl-SI"/>
        </w:rPr>
      </w:pPr>
    </w:p>
    <w:sectPr w:rsidR="00192E5A" w:rsidRPr="00633949" w:rsidSect="00034616">
      <w:headerReference w:type="default" r:id="rId8"/>
      <w:pgSz w:w="15840" w:h="12240" w:orient="landscape"/>
      <w:pgMar w:top="680" w:right="680" w:bottom="680" w:left="6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711D7" w14:textId="77777777" w:rsidR="00D51C81" w:rsidRDefault="00D51C81" w:rsidP="00633949">
      <w:pPr>
        <w:spacing w:after="0" w:line="240" w:lineRule="auto"/>
      </w:pPr>
      <w:r>
        <w:separator/>
      </w:r>
    </w:p>
  </w:endnote>
  <w:endnote w:type="continuationSeparator" w:id="0">
    <w:p w14:paraId="463017F7" w14:textId="77777777" w:rsidR="00D51C81" w:rsidRDefault="00D51C81" w:rsidP="00633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1A11B5" w14:textId="77777777" w:rsidR="00D51C81" w:rsidRDefault="00D51C81" w:rsidP="00633949">
      <w:pPr>
        <w:spacing w:after="0" w:line="240" w:lineRule="auto"/>
      </w:pPr>
      <w:r>
        <w:separator/>
      </w:r>
    </w:p>
  </w:footnote>
  <w:footnote w:type="continuationSeparator" w:id="0">
    <w:p w14:paraId="1564AC45" w14:textId="77777777" w:rsidR="00D51C81" w:rsidRDefault="00D51C81" w:rsidP="006339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75A21" w14:textId="197AE0CE" w:rsidR="00633949" w:rsidRPr="00D04158" w:rsidRDefault="00633949" w:rsidP="00633949">
    <w:pPr>
      <w:pStyle w:val="Glava"/>
      <w:jc w:val="right"/>
      <w:rPr>
        <w:b/>
        <w:sz w:val="28"/>
        <w:szCs w:val="28"/>
      </w:rPr>
    </w:pPr>
    <w:r w:rsidRPr="00D04158">
      <w:rPr>
        <w:b/>
        <w:sz w:val="28"/>
        <w:szCs w:val="28"/>
      </w:rPr>
      <w:t xml:space="preserve">PRILOGA </w:t>
    </w:r>
    <w:r>
      <w:rPr>
        <w:b/>
        <w:sz w:val="28"/>
        <w:szCs w:val="28"/>
      </w:rPr>
      <w:t>16</w:t>
    </w:r>
  </w:p>
  <w:p w14:paraId="374BD770" w14:textId="77777777" w:rsidR="00633949" w:rsidRDefault="00633949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Otevilense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Otevilense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Oznaenseznam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Oznaenseznam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69467">
    <w:abstractNumId w:val="8"/>
  </w:num>
  <w:num w:numId="2" w16cid:durableId="665279642">
    <w:abstractNumId w:val="6"/>
  </w:num>
  <w:num w:numId="3" w16cid:durableId="1517579152">
    <w:abstractNumId w:val="5"/>
  </w:num>
  <w:num w:numId="4" w16cid:durableId="600383715">
    <w:abstractNumId w:val="4"/>
  </w:num>
  <w:num w:numId="5" w16cid:durableId="1714184210">
    <w:abstractNumId w:val="7"/>
  </w:num>
  <w:num w:numId="6" w16cid:durableId="2110421043">
    <w:abstractNumId w:val="3"/>
  </w:num>
  <w:num w:numId="7" w16cid:durableId="1899784502">
    <w:abstractNumId w:val="2"/>
  </w:num>
  <w:num w:numId="8" w16cid:durableId="1597204269">
    <w:abstractNumId w:val="1"/>
  </w:num>
  <w:num w:numId="9" w16cid:durableId="548536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A7BE6"/>
    <w:rsid w:val="000D6F15"/>
    <w:rsid w:val="001079C4"/>
    <w:rsid w:val="00107E53"/>
    <w:rsid w:val="0015074B"/>
    <w:rsid w:val="00192E5A"/>
    <w:rsid w:val="0029639D"/>
    <w:rsid w:val="00326F90"/>
    <w:rsid w:val="003D2D90"/>
    <w:rsid w:val="00541CF1"/>
    <w:rsid w:val="005C71A4"/>
    <w:rsid w:val="00633949"/>
    <w:rsid w:val="0082714F"/>
    <w:rsid w:val="00876381"/>
    <w:rsid w:val="008C6590"/>
    <w:rsid w:val="00A1566E"/>
    <w:rsid w:val="00AA1D8D"/>
    <w:rsid w:val="00B362A0"/>
    <w:rsid w:val="00B37436"/>
    <w:rsid w:val="00B47730"/>
    <w:rsid w:val="00BF7F3C"/>
    <w:rsid w:val="00C941A8"/>
    <w:rsid w:val="00CB0664"/>
    <w:rsid w:val="00D51C81"/>
    <w:rsid w:val="00FA43E1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4990E5"/>
  <w14:defaultImageDpi w14:val="330"/>
  <w15:docId w15:val="{6C5A4112-6E38-454C-AD51-F9ECC000D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93F"/>
    <w:rPr>
      <w:rFonts w:ascii="Arial" w:hAnsi="Arial"/>
      <w:sz w:val="18"/>
    </w:rPr>
  </w:style>
  <w:style w:type="paragraph" w:styleId="Naslov1">
    <w:name w:val="heading 1"/>
    <w:basedOn w:val="Navaden"/>
    <w:next w:val="Navaden"/>
    <w:link w:val="Naslov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618BF"/>
  </w:style>
  <w:style w:type="paragraph" w:styleId="Noga">
    <w:name w:val="footer"/>
    <w:basedOn w:val="Navaden"/>
    <w:link w:val="Nog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618BF"/>
  </w:style>
  <w:style w:type="paragraph" w:styleId="Brezrazmikov">
    <w:name w:val="No Spacing"/>
    <w:uiPriority w:val="1"/>
    <w:qFormat/>
    <w:rsid w:val="00FC693F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">
    <w:name w:val="Title"/>
    <w:basedOn w:val="Navaden"/>
    <w:next w:val="Navaden"/>
    <w:link w:val="Naslov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C693F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99"/>
    <w:unhideWhenUsed/>
    <w:rsid w:val="00AA1D8D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AA1D8D"/>
  </w:style>
  <w:style w:type="paragraph" w:styleId="Telobesedila2">
    <w:name w:val="Body Text 2"/>
    <w:basedOn w:val="Navaden"/>
    <w:link w:val="Telobesedila2Znak"/>
    <w:uiPriority w:val="99"/>
    <w:unhideWhenUsed/>
    <w:rsid w:val="00AA1D8D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rsid w:val="00AA1D8D"/>
  </w:style>
  <w:style w:type="paragraph" w:styleId="Telobesedila3">
    <w:name w:val="Body Text 3"/>
    <w:basedOn w:val="Navaden"/>
    <w:link w:val="Telobesedila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AA1D8D"/>
    <w:rPr>
      <w:sz w:val="16"/>
      <w:szCs w:val="16"/>
    </w:rPr>
  </w:style>
  <w:style w:type="paragraph" w:styleId="Seznam">
    <w:name w:val="List"/>
    <w:basedOn w:val="Navaden"/>
    <w:uiPriority w:val="99"/>
    <w:unhideWhenUsed/>
    <w:rsid w:val="00AA1D8D"/>
    <w:pPr>
      <w:ind w:left="360" w:hanging="360"/>
      <w:contextualSpacing/>
    </w:pPr>
  </w:style>
  <w:style w:type="paragraph" w:styleId="Seznam2">
    <w:name w:val="List 2"/>
    <w:basedOn w:val="Navaden"/>
    <w:uiPriority w:val="99"/>
    <w:unhideWhenUsed/>
    <w:rsid w:val="00326F90"/>
    <w:pPr>
      <w:ind w:left="720" w:hanging="360"/>
      <w:contextualSpacing/>
    </w:pPr>
  </w:style>
  <w:style w:type="paragraph" w:styleId="Seznam3">
    <w:name w:val="List 3"/>
    <w:basedOn w:val="Navaden"/>
    <w:uiPriority w:val="99"/>
    <w:unhideWhenUsed/>
    <w:rsid w:val="00326F90"/>
    <w:pPr>
      <w:ind w:left="1080" w:hanging="360"/>
      <w:contextualSpacing/>
    </w:pPr>
  </w:style>
  <w:style w:type="paragraph" w:styleId="Oznaenseznam">
    <w:name w:val="List Bullet"/>
    <w:basedOn w:val="Navaden"/>
    <w:uiPriority w:val="99"/>
    <w:unhideWhenUsed/>
    <w:rsid w:val="00326F90"/>
    <w:pPr>
      <w:numPr>
        <w:numId w:val="1"/>
      </w:numPr>
      <w:contextualSpacing/>
    </w:pPr>
  </w:style>
  <w:style w:type="paragraph" w:styleId="Oznaenseznam2">
    <w:name w:val="List Bullet 2"/>
    <w:basedOn w:val="Navaden"/>
    <w:uiPriority w:val="99"/>
    <w:unhideWhenUsed/>
    <w:rsid w:val="00326F90"/>
    <w:pPr>
      <w:numPr>
        <w:numId w:val="2"/>
      </w:numPr>
      <w:contextualSpacing/>
    </w:pPr>
  </w:style>
  <w:style w:type="paragraph" w:styleId="Oznaenseznam3">
    <w:name w:val="List Bullet 3"/>
    <w:basedOn w:val="Navaden"/>
    <w:uiPriority w:val="99"/>
    <w:unhideWhenUsed/>
    <w:rsid w:val="00326F90"/>
    <w:pPr>
      <w:numPr>
        <w:numId w:val="3"/>
      </w:numPr>
      <w:contextualSpacing/>
    </w:pPr>
  </w:style>
  <w:style w:type="paragraph" w:styleId="Otevilenseznam">
    <w:name w:val="List Number"/>
    <w:basedOn w:val="Navaden"/>
    <w:uiPriority w:val="99"/>
    <w:unhideWhenUsed/>
    <w:rsid w:val="00326F90"/>
    <w:pPr>
      <w:numPr>
        <w:numId w:val="5"/>
      </w:numPr>
      <w:contextualSpacing/>
    </w:pPr>
  </w:style>
  <w:style w:type="paragraph" w:styleId="Otevilenseznam2">
    <w:name w:val="List Number 2"/>
    <w:basedOn w:val="Navaden"/>
    <w:uiPriority w:val="99"/>
    <w:unhideWhenUsed/>
    <w:rsid w:val="0029639D"/>
    <w:pPr>
      <w:numPr>
        <w:numId w:val="6"/>
      </w:numPr>
      <w:contextualSpacing/>
    </w:pPr>
  </w:style>
  <w:style w:type="paragraph" w:styleId="Otevilenseznam3">
    <w:name w:val="List Number 3"/>
    <w:basedOn w:val="Navaden"/>
    <w:uiPriority w:val="99"/>
    <w:unhideWhenUsed/>
    <w:rsid w:val="0029639D"/>
    <w:pPr>
      <w:numPr>
        <w:numId w:val="7"/>
      </w:numPr>
      <w:contextualSpacing/>
    </w:pPr>
  </w:style>
  <w:style w:type="paragraph" w:styleId="Seznam-nadaljevanje">
    <w:name w:val="List Continue"/>
    <w:basedOn w:val="Navaden"/>
    <w:uiPriority w:val="99"/>
    <w:unhideWhenUsed/>
    <w:rsid w:val="0029639D"/>
    <w:pPr>
      <w:spacing w:after="120"/>
      <w:ind w:left="360"/>
      <w:contextualSpacing/>
    </w:pPr>
  </w:style>
  <w:style w:type="paragraph" w:styleId="Seznam-nadaljevanje2">
    <w:name w:val="List Continue 2"/>
    <w:basedOn w:val="Navaden"/>
    <w:uiPriority w:val="99"/>
    <w:unhideWhenUsed/>
    <w:rsid w:val="0029639D"/>
    <w:pPr>
      <w:spacing w:after="120"/>
      <w:ind w:left="720"/>
      <w:contextualSpacing/>
    </w:pPr>
  </w:style>
  <w:style w:type="paragraph" w:styleId="Seznam-nadaljevanje3">
    <w:name w:val="List Continue 3"/>
    <w:basedOn w:val="Navaden"/>
    <w:uiPriority w:val="99"/>
    <w:unhideWhenUsed/>
    <w:rsid w:val="0029639D"/>
    <w:pPr>
      <w:spacing w:after="120"/>
      <w:ind w:left="1080"/>
      <w:contextualSpacing/>
    </w:pPr>
  </w:style>
  <w:style w:type="paragraph" w:styleId="Makrobesedilo">
    <w:name w:val="macro"/>
    <w:link w:val="Makrobesedilo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avaden"/>
    <w:next w:val="Navaden"/>
    <w:link w:val="CitatZnak"/>
    <w:uiPriority w:val="29"/>
    <w:qFormat/>
    <w:rsid w:val="00FC693F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FC693F"/>
    <w:rPr>
      <w:i/>
      <w:iCs/>
      <w:color w:val="000000" w:themeColor="tex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Cs w:val="18"/>
    </w:rPr>
  </w:style>
  <w:style w:type="character" w:styleId="Krepko">
    <w:name w:val="Strong"/>
    <w:basedOn w:val="Privzetapisavaodstavka"/>
    <w:uiPriority w:val="22"/>
    <w:qFormat/>
    <w:rsid w:val="00FC693F"/>
    <w:rPr>
      <w:b/>
      <w:bCs/>
    </w:rPr>
  </w:style>
  <w:style w:type="character" w:styleId="Poudarek">
    <w:name w:val="Emphasis"/>
    <w:basedOn w:val="Privzetapisavaodstavka"/>
    <w:uiPriority w:val="20"/>
    <w:qFormat/>
    <w:rsid w:val="00FC693F"/>
    <w:rPr>
      <w:i/>
      <w:iCs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693F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FC693F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FC693F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FC693F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FC693F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C693F"/>
    <w:pPr>
      <w:outlineLvl w:val="9"/>
    </w:pPr>
  </w:style>
  <w:style w:type="table" w:styleId="Tabelamrea">
    <w:name w:val="Table Grid"/>
    <w:basedOn w:val="Navadnatabel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osenenje">
    <w:name w:val="Light Shading"/>
    <w:basedOn w:val="Navadnatabel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osenenjepoudarek1">
    <w:name w:val="Light Shading Accent 1"/>
    <w:basedOn w:val="Navadnatabel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osenenjepoudarek2">
    <w:name w:val="Light Shading Accent 2"/>
    <w:basedOn w:val="Navadnatabel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osenenjepoudarek3">
    <w:name w:val="Light Shading Accent 3"/>
    <w:basedOn w:val="Navadnatabel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osenenjepoudarek4">
    <w:name w:val="Light Shading Accent 4"/>
    <w:basedOn w:val="Navadnatabel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osenenjepoudarek5">
    <w:name w:val="Light Shading Accent 5"/>
    <w:basedOn w:val="Navadnatabel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osenenjepoudarek6">
    <w:name w:val="Light Shading Accent 6"/>
    <w:basedOn w:val="Navadnatabel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elseznam">
    <w:name w:val="Light List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elseznampoudarek1">
    <w:name w:val="Light List Accent 1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elseznampoudarek2">
    <w:name w:val="Light List Accent 2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elseznampoudarek3">
    <w:name w:val="Light List Accent 3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elseznampoudarek4">
    <w:name w:val="Light List Accent 4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elseznampoudarek5">
    <w:name w:val="Light List Accent 5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elseznampoudarek6">
    <w:name w:val="Light List Accent 6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amrea">
    <w:name w:val="Light Grid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amreapoudarek1">
    <w:name w:val="Light Grid Accent 1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amreapoudarek2">
    <w:name w:val="Light Grid Accent 2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amreapoudarek3">
    <w:name w:val="Light Grid Accent 3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amreapoudarek4">
    <w:name w:val="Light Grid Accent 4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amreapoudarek5">
    <w:name w:val="Light Grid Accent 5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amreapoudarek6">
    <w:name w:val="Light Grid Accent 6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rednjesenenje1">
    <w:name w:val="Medium Shading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1">
    <w:name w:val="Medium Shading 1 Accent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2">
    <w:name w:val="Medium Shading 1 Accent 2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3">
    <w:name w:val="Medium Shading 1 Accent 3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4">
    <w:name w:val="Medium Shading 1 Accent 4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5">
    <w:name w:val="Medium Shading 1 Accent 5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6">
    <w:name w:val="Medium Shading 1 Accent 6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2">
    <w:name w:val="Medium Shading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1">
    <w:name w:val="Medium Shading 2 Accent 1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2">
    <w:name w:val="Medium Shading 2 Accent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3">
    <w:name w:val="Medium Shading 2 Accent 3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4">
    <w:name w:val="Medium Shading 2 Accent 4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5">
    <w:name w:val="Medium Shading 2 Accent 5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6">
    <w:name w:val="Medium Shading 2 Accent 6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iseznam1">
    <w:name w:val="Medium Lis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rednjiseznam1poudarek1">
    <w:name w:val="Medium List 1 Accen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rednjiseznam1poudarek2">
    <w:name w:val="Medium List 1 Accent 2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rednjiseznam1poudarek3">
    <w:name w:val="Medium List 1 Accent 3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rednjiseznam1poudarek4">
    <w:name w:val="Medium List 1 Accent 4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rednjiseznam1poudarek5">
    <w:name w:val="Medium List 1 Accent 5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rednjiseznam1poudarek6">
    <w:name w:val="Medium List 1 Accent 6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rednjiseznam2">
    <w:name w:val="Medium Lis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1">
    <w:name w:val="Medium List 2 Accent 1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2">
    <w:name w:val="Medium List 2 Accen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3">
    <w:name w:val="Medium List 2 Accent 3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4">
    <w:name w:val="Medium List 2 Accent 4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5">
    <w:name w:val="Medium List 2 Accent 5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6">
    <w:name w:val="Medium List 2 Accent 6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1">
    <w:name w:val="Medium Grid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rednjamrea1poudarek1">
    <w:name w:val="Medium Grid 1 Accent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rednjamrea1poudarek2">
    <w:name w:val="Medium Grid 1 Accent 2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rednjamrea1poudarek3">
    <w:name w:val="Medium Grid 1 Accent 3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rednjamrea1poudarek4">
    <w:name w:val="Medium Grid 1 Accent 4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mrea1poudarek5">
    <w:name w:val="Medium Grid 1 Accent 5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mrea1poudarek6">
    <w:name w:val="Medium Grid 1 Accent 6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rednjamrea2">
    <w:name w:val="Medium Grid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1">
    <w:name w:val="Medium Grid 2 Accent 1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2">
    <w:name w:val="Medium Grid 2 Accent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3">
    <w:name w:val="Medium Grid 2 Accent 3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4">
    <w:name w:val="Medium Grid 2 Accent 4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5">
    <w:name w:val="Medium Grid 2 Accent 5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6">
    <w:name w:val="Medium Grid 2 Accent 6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3">
    <w:name w:val="Medium Grid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rednjamrea3poudarek1">
    <w:name w:val="Medium Grid 3 Accent 1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rednjamrea3poudarek2">
    <w:name w:val="Medium Grid 3 Accent 2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rednjamrea3poudarek3">
    <w:name w:val="Medium Grid 3 Accent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rednjamrea3poudarek4">
    <w:name w:val="Medium Grid 3 Accent 4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rednjamrea3poudarek5">
    <w:name w:val="Medium Grid 3 Accent 5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rednjamrea3poudarek6">
    <w:name w:val="Medium Grid 3 Accent 6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emenseznam">
    <w:name w:val="Dark List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emenseznampoudarek1">
    <w:name w:val="Dark List Accent 1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emenseznampoudarek2">
    <w:name w:val="Dark List Accent 2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emenseznampoudarek3">
    <w:name w:val="Dark List Accent 3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emenseznampoudarek4">
    <w:name w:val="Dark List Accent 4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emenseznampoudarek5">
    <w:name w:val="Dark List Accent 5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emenseznampoudarek6">
    <w:name w:val="Dark List Accent 6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Barvnosenenje">
    <w:name w:val="Colorful Shading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1">
    <w:name w:val="Colorful Shading Accent 1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2">
    <w:name w:val="Colorful Shading Accent 2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3">
    <w:name w:val="Colorful Shading Accent 3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osenenjepoudarek4">
    <w:name w:val="Colorful Shading Accent 4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5">
    <w:name w:val="Colorful Shading Accent 5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6">
    <w:name w:val="Colorful Shading Accent 6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iseznam">
    <w:name w:val="Colorful List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Barvniseznampoudarek1">
    <w:name w:val="Colorful List Accent 1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Barvniseznampoudarek2">
    <w:name w:val="Colorful List Accent 2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Barvenseznampoudarek3">
    <w:name w:val="Colorful List Accent 3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Barvniseznampoudarek4">
    <w:name w:val="Colorful List Accent 4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Barvniseznampoudarek5">
    <w:name w:val="Colorful List Accent 5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Barvniseznampoudarek6">
    <w:name w:val="Colorful List Accent 6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Barvnamrea">
    <w:name w:val="Colorful Grid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Barvnamreapoudarek1">
    <w:name w:val="Colorful Grid Accent 1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vnamreapoudarek2">
    <w:name w:val="Colorful Grid Accent 2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Barvnamreapoudarek3">
    <w:name w:val="Colorful Grid Accent 3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amreapoudarek4">
    <w:name w:val="Colorful Grid Accent 4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Barvnamreapoudarek5">
    <w:name w:val="Colorful Grid Accent 5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Barvnamreapoudarek6">
    <w:name w:val="Colorful Grid Accent 6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827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Marjan Nahtigal</cp:lastModifiedBy>
  <cp:revision>2</cp:revision>
  <cp:lastPrinted>2026-06-09T05:20:00Z</cp:lastPrinted>
  <dcterms:created xsi:type="dcterms:W3CDTF">2026-07-10T05:14:00Z</dcterms:created>
  <dcterms:modified xsi:type="dcterms:W3CDTF">2026-07-10T05:14:00Z</dcterms:modified>
  <cp:category/>
</cp:coreProperties>
</file>