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CD541" w14:textId="77777777" w:rsidR="00B84914" w:rsidRDefault="00885B94" w:rsidP="00FE466A">
      <w:pPr>
        <w:pStyle w:val="Naslov1"/>
        <w:rPr>
          <w:rFonts w:ascii="Arial" w:hAnsi="Arial"/>
          <w:color w:val="000000"/>
          <w:sz w:val="20"/>
          <w:lang w:val="sl-SI"/>
        </w:rPr>
      </w:pPr>
      <w:r w:rsidRPr="00FE466A">
        <w:rPr>
          <w:rFonts w:ascii="Arial" w:hAnsi="Arial"/>
          <w:color w:val="000000"/>
          <w:sz w:val="20"/>
          <w:lang w:val="sl-SI"/>
        </w:rPr>
        <w:t xml:space="preserve">Priloga 2 </w:t>
      </w:r>
    </w:p>
    <w:p w14:paraId="1F41B77C" w14:textId="64BA4A9A" w:rsidR="00885B94" w:rsidRDefault="00885B94" w:rsidP="00FE466A">
      <w:pPr>
        <w:pStyle w:val="Naslov1"/>
        <w:rPr>
          <w:rFonts w:ascii="Arial" w:hAnsi="Arial"/>
          <w:color w:val="000000"/>
          <w:sz w:val="20"/>
          <w:lang w:val="sl-SI"/>
        </w:rPr>
      </w:pPr>
      <w:r w:rsidRPr="00FE466A">
        <w:rPr>
          <w:rFonts w:ascii="Arial" w:hAnsi="Arial"/>
          <w:color w:val="000000"/>
          <w:sz w:val="20"/>
          <w:lang w:val="sl-SI"/>
        </w:rPr>
        <w:t>O</w:t>
      </w:r>
      <w:r w:rsidR="006D2E20" w:rsidRPr="00FE466A">
        <w:rPr>
          <w:rFonts w:ascii="Arial" w:hAnsi="Arial"/>
          <w:color w:val="000000"/>
          <w:sz w:val="20"/>
          <w:lang w:val="sl-SI"/>
        </w:rPr>
        <w:t>cena ustreznosti programa</w:t>
      </w:r>
    </w:p>
    <w:p w14:paraId="3728C53F" w14:textId="77777777" w:rsidR="00FE466A" w:rsidRPr="00FE466A" w:rsidRDefault="00FE466A" w:rsidP="00FE466A">
      <w:pPr>
        <w:rPr>
          <w:lang w:val="sl-SI"/>
        </w:rPr>
      </w:pPr>
    </w:p>
    <w:p w14:paraId="3223DA61" w14:textId="77777777" w:rsidR="00597804" w:rsidRPr="00FE466A" w:rsidRDefault="00885B94" w:rsidP="00885B94">
      <w:pPr>
        <w:pStyle w:val="Naslov2"/>
        <w:numPr>
          <w:ilvl w:val="0"/>
          <w:numId w:val="10"/>
        </w:numPr>
        <w:rPr>
          <w:rFonts w:ascii="Arial" w:hAnsi="Arial" w:cs="Arial"/>
          <w:color w:val="auto"/>
          <w:sz w:val="20"/>
          <w:szCs w:val="20"/>
          <w:lang w:val="sl-SI"/>
        </w:rPr>
      </w:pPr>
      <w:r w:rsidRPr="00FE466A">
        <w:rPr>
          <w:rFonts w:ascii="Arial" w:hAnsi="Arial" w:cs="Arial"/>
          <w:color w:val="auto"/>
          <w:sz w:val="20"/>
          <w:szCs w:val="20"/>
          <w:lang w:val="sl-SI"/>
        </w:rPr>
        <w:t>P</w:t>
      </w:r>
      <w:r w:rsidR="006D2E20" w:rsidRPr="00FE466A">
        <w:rPr>
          <w:rFonts w:ascii="Arial" w:hAnsi="Arial" w:cs="Arial"/>
          <w:color w:val="auto"/>
          <w:sz w:val="20"/>
          <w:szCs w:val="20"/>
          <w:lang w:val="sl-SI"/>
        </w:rPr>
        <w:t>odatki o programu</w:t>
      </w:r>
    </w:p>
    <w:p w14:paraId="247D8292" w14:textId="77777777" w:rsidR="00885B94" w:rsidRPr="00FE466A" w:rsidRDefault="00885B94" w:rsidP="00885B94">
      <w:pPr>
        <w:rPr>
          <w:lang w:val="sl-SI"/>
        </w:rPr>
      </w:pPr>
    </w:p>
    <w:p w14:paraId="7E06F1E1" w14:textId="77777777" w:rsidR="00597804" w:rsidRPr="00FE466A" w:rsidRDefault="00885B94">
      <w:pPr>
        <w:rPr>
          <w:lang w:val="sl-SI"/>
        </w:rPr>
      </w:pPr>
      <w:r w:rsidRPr="00FE466A">
        <w:rPr>
          <w:b/>
          <w:lang w:val="sl-SI"/>
        </w:rPr>
        <w:t>Naziv programa:</w:t>
      </w:r>
      <w:r w:rsidR="00FE466A" w:rsidRPr="00FE466A">
        <w:rPr>
          <w:b/>
          <w:lang w:val="sl-SI"/>
        </w:rPr>
        <w:t xml:space="preserve"> </w:t>
      </w:r>
      <w:r w:rsidRPr="00FE466A">
        <w:rPr>
          <w:lang w:val="sl-SI"/>
        </w:rPr>
        <w:t>_____________________________________________</w:t>
      </w:r>
    </w:p>
    <w:p w14:paraId="6B7A3295" w14:textId="77777777" w:rsidR="00597804" w:rsidRPr="00FE466A" w:rsidRDefault="00885B94">
      <w:pPr>
        <w:rPr>
          <w:lang w:val="sl-SI"/>
        </w:rPr>
      </w:pPr>
      <w:r w:rsidRPr="00FE466A">
        <w:rPr>
          <w:b/>
          <w:lang w:val="sl-SI"/>
        </w:rPr>
        <w:t>Organizacija:</w:t>
      </w:r>
      <w:r w:rsidR="00FE466A" w:rsidRPr="00FE466A">
        <w:rPr>
          <w:b/>
          <w:lang w:val="sl-SI"/>
        </w:rPr>
        <w:t xml:space="preserve"> </w:t>
      </w:r>
      <w:r w:rsidRPr="00FE466A">
        <w:rPr>
          <w:lang w:val="sl-SI"/>
        </w:rPr>
        <w:t>____________________________________________</w:t>
      </w:r>
    </w:p>
    <w:p w14:paraId="49F3630F" w14:textId="77777777" w:rsidR="00597804" w:rsidRPr="00FE466A" w:rsidRDefault="00885B94">
      <w:pPr>
        <w:rPr>
          <w:lang w:val="sl-SI"/>
        </w:rPr>
      </w:pPr>
      <w:r w:rsidRPr="00FE466A">
        <w:rPr>
          <w:b/>
          <w:lang w:val="sl-SI"/>
        </w:rPr>
        <w:t>Datum prejema vloge:</w:t>
      </w:r>
      <w:r w:rsidR="00FE466A" w:rsidRPr="00FE466A">
        <w:rPr>
          <w:b/>
          <w:lang w:val="sl-SI"/>
        </w:rPr>
        <w:t xml:space="preserve"> </w:t>
      </w:r>
      <w:r w:rsidRPr="00FE466A">
        <w:rPr>
          <w:b/>
          <w:lang w:val="sl-SI"/>
        </w:rPr>
        <w:t>______________________</w:t>
      </w:r>
    </w:p>
    <w:p w14:paraId="192C03B4" w14:textId="77777777" w:rsidR="00885B94" w:rsidRPr="00FE466A" w:rsidRDefault="00885B94" w:rsidP="00885B94">
      <w:pPr>
        <w:pStyle w:val="Naslov2"/>
        <w:rPr>
          <w:color w:val="auto"/>
          <w:lang w:val="sl-SI"/>
        </w:rPr>
      </w:pPr>
    </w:p>
    <w:p w14:paraId="4896CE48" w14:textId="77777777" w:rsidR="00597804" w:rsidRDefault="00885B94" w:rsidP="00885B94">
      <w:pPr>
        <w:pStyle w:val="Naslov2"/>
        <w:numPr>
          <w:ilvl w:val="0"/>
          <w:numId w:val="10"/>
        </w:numPr>
        <w:rPr>
          <w:rFonts w:ascii="Arial" w:hAnsi="Arial" w:cs="Arial"/>
          <w:color w:val="auto"/>
          <w:sz w:val="20"/>
          <w:szCs w:val="20"/>
          <w:lang w:val="sl-SI"/>
        </w:rPr>
      </w:pPr>
      <w:r w:rsidRPr="00FE466A">
        <w:rPr>
          <w:rFonts w:ascii="Arial" w:hAnsi="Arial" w:cs="Arial"/>
          <w:color w:val="auto"/>
          <w:sz w:val="20"/>
          <w:szCs w:val="20"/>
          <w:lang w:val="sl-SI"/>
        </w:rPr>
        <w:t>O</w:t>
      </w:r>
      <w:r w:rsidR="006D2E20" w:rsidRPr="00FE466A">
        <w:rPr>
          <w:rFonts w:ascii="Arial" w:hAnsi="Arial" w:cs="Arial"/>
          <w:color w:val="auto"/>
          <w:sz w:val="20"/>
          <w:szCs w:val="20"/>
          <w:lang w:val="sl-SI"/>
        </w:rPr>
        <w:t xml:space="preserve">cena komisije </w:t>
      </w:r>
    </w:p>
    <w:p w14:paraId="2C826258" w14:textId="77777777" w:rsidR="00E701CA" w:rsidRDefault="00E701CA" w:rsidP="00E701CA">
      <w:pPr>
        <w:rPr>
          <w:lang w:val="sl-SI"/>
        </w:rPr>
      </w:pPr>
    </w:p>
    <w:p w14:paraId="2368481C" w14:textId="0EDFBCE8" w:rsidR="00E701CA" w:rsidRPr="00E701CA" w:rsidRDefault="00E701CA" w:rsidP="00E701CA">
      <w:pPr>
        <w:rPr>
          <w:lang w:val="sl-SI"/>
        </w:rPr>
      </w:pPr>
      <w:r w:rsidRPr="00E701CA">
        <w:rPr>
          <w:b/>
          <w:bCs/>
          <w:lang w:val="sl-SI"/>
        </w:rPr>
        <w:t>Datum obravnave vloge:</w:t>
      </w:r>
      <w:r>
        <w:rPr>
          <w:lang w:val="sl-SI"/>
        </w:rPr>
        <w:t xml:space="preserve"> _____________________</w:t>
      </w:r>
    </w:p>
    <w:p w14:paraId="5C747B58" w14:textId="77777777" w:rsidR="00885B94" w:rsidRPr="000D5C3C" w:rsidRDefault="00885B94" w:rsidP="00885B94">
      <w:pPr>
        <w:pStyle w:val="Naslov2"/>
        <w:rPr>
          <w:color w:val="auto"/>
          <w:lang w:val="sl-SI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4315"/>
        <w:gridCol w:w="4315"/>
      </w:tblGrid>
      <w:tr w:rsidR="00597804" w:rsidRPr="00FE466A" w14:paraId="604D794E" w14:textId="77777777">
        <w:trPr>
          <w:jc w:val="center"/>
        </w:trPr>
        <w:tc>
          <w:tcPr>
            <w:tcW w:w="4320" w:type="dxa"/>
          </w:tcPr>
          <w:p w14:paraId="7BACBAFA" w14:textId="77777777" w:rsidR="00597804" w:rsidRPr="00FE466A" w:rsidRDefault="00885B94">
            <w:pPr>
              <w:rPr>
                <w:b/>
                <w:bCs/>
                <w:lang w:val="sl-SI"/>
              </w:rPr>
            </w:pPr>
            <w:r w:rsidRPr="00FE466A">
              <w:rPr>
                <w:b/>
                <w:bCs/>
                <w:lang w:val="sl-SI"/>
              </w:rPr>
              <w:t>Pogoji</w:t>
            </w:r>
          </w:p>
        </w:tc>
        <w:tc>
          <w:tcPr>
            <w:tcW w:w="4320" w:type="dxa"/>
          </w:tcPr>
          <w:p w14:paraId="2C8E0B1F" w14:textId="77777777" w:rsidR="00597804" w:rsidRPr="00FE466A" w:rsidRDefault="00885B94">
            <w:pPr>
              <w:rPr>
                <w:lang w:val="sl-SI"/>
              </w:rPr>
            </w:pPr>
            <w:r w:rsidRPr="00FE466A">
              <w:rPr>
                <w:b/>
                <w:lang w:val="sl-SI"/>
              </w:rPr>
              <w:t>Ocena komisije</w:t>
            </w:r>
          </w:p>
        </w:tc>
      </w:tr>
      <w:tr w:rsidR="00597804" w:rsidRPr="00E701CA" w14:paraId="055EE050" w14:textId="77777777">
        <w:trPr>
          <w:trHeight w:hRule="exact" w:val="900"/>
          <w:jc w:val="center"/>
        </w:trPr>
        <w:tc>
          <w:tcPr>
            <w:tcW w:w="4320" w:type="dxa"/>
          </w:tcPr>
          <w:p w14:paraId="17338566" w14:textId="77777777" w:rsidR="00885B94" w:rsidRPr="00FE466A" w:rsidRDefault="00885B94">
            <w:pPr>
              <w:rPr>
                <w:lang w:val="sl-SI"/>
              </w:rPr>
            </w:pPr>
          </w:p>
          <w:p w14:paraId="2E914849" w14:textId="77777777" w:rsidR="00597804" w:rsidRPr="00FE466A" w:rsidRDefault="00885B94">
            <w:pPr>
              <w:rPr>
                <w:lang w:val="sl-SI"/>
              </w:rPr>
            </w:pPr>
            <w:r w:rsidRPr="00FE466A">
              <w:rPr>
                <w:lang w:val="sl-SI"/>
              </w:rPr>
              <w:t>Skladnost vsebine in trajanja z 2. oziroma 3. členom pravilnika</w:t>
            </w:r>
          </w:p>
        </w:tc>
        <w:tc>
          <w:tcPr>
            <w:tcW w:w="4320" w:type="dxa"/>
          </w:tcPr>
          <w:p w14:paraId="168EF522" w14:textId="77777777" w:rsidR="00597804" w:rsidRPr="00FE466A" w:rsidRDefault="00885B94">
            <w:pPr>
              <w:rPr>
                <w:lang w:val="sl-SI"/>
              </w:rPr>
            </w:pP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</w:p>
        </w:tc>
      </w:tr>
      <w:tr w:rsidR="00597804" w:rsidRPr="00FE466A" w14:paraId="46FD8FB7" w14:textId="77777777">
        <w:trPr>
          <w:trHeight w:hRule="exact" w:val="900"/>
          <w:jc w:val="center"/>
        </w:trPr>
        <w:tc>
          <w:tcPr>
            <w:tcW w:w="4320" w:type="dxa"/>
          </w:tcPr>
          <w:p w14:paraId="23D01111" w14:textId="77777777" w:rsidR="00885B94" w:rsidRPr="00FE466A" w:rsidRDefault="00885B94">
            <w:pPr>
              <w:rPr>
                <w:lang w:val="sl-SI"/>
              </w:rPr>
            </w:pPr>
          </w:p>
          <w:p w14:paraId="002B6EE7" w14:textId="77777777" w:rsidR="00597804" w:rsidRPr="00FE466A" w:rsidRDefault="00885B94">
            <w:pPr>
              <w:rPr>
                <w:lang w:val="sl-SI"/>
              </w:rPr>
            </w:pPr>
            <w:r w:rsidRPr="00FE466A">
              <w:rPr>
                <w:lang w:val="sl-SI"/>
              </w:rPr>
              <w:t>Interaktivnost in praktične delavnice</w:t>
            </w:r>
          </w:p>
        </w:tc>
        <w:tc>
          <w:tcPr>
            <w:tcW w:w="4320" w:type="dxa"/>
          </w:tcPr>
          <w:p w14:paraId="1D4A5076" w14:textId="77777777" w:rsidR="00597804" w:rsidRPr="00FE466A" w:rsidRDefault="00885B94">
            <w:pPr>
              <w:rPr>
                <w:lang w:val="sl-SI"/>
              </w:rPr>
            </w:pP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</w:p>
        </w:tc>
      </w:tr>
      <w:tr w:rsidR="00597804" w:rsidRPr="000D5C3C" w14:paraId="64C6001E" w14:textId="77777777">
        <w:trPr>
          <w:trHeight w:hRule="exact" w:val="900"/>
          <w:jc w:val="center"/>
        </w:trPr>
        <w:tc>
          <w:tcPr>
            <w:tcW w:w="4320" w:type="dxa"/>
          </w:tcPr>
          <w:p w14:paraId="087F4756" w14:textId="77777777" w:rsidR="00885B94" w:rsidRPr="00FE466A" w:rsidRDefault="00885B94">
            <w:pPr>
              <w:rPr>
                <w:lang w:val="sl-SI"/>
              </w:rPr>
            </w:pPr>
          </w:p>
          <w:p w14:paraId="15E05848" w14:textId="257ADC46" w:rsidR="00597804" w:rsidRPr="00FE466A" w:rsidRDefault="00D81AF3">
            <w:pPr>
              <w:rPr>
                <w:lang w:val="sl-SI"/>
              </w:rPr>
            </w:pPr>
            <w:r w:rsidRPr="00D81AF3">
              <w:rPr>
                <w:lang w:val="sl-SI"/>
              </w:rPr>
              <w:t>Predavatelji imajo najmanj 5 let delovnih izkušenj na področju, ki ga predavajo</w:t>
            </w:r>
          </w:p>
        </w:tc>
        <w:tc>
          <w:tcPr>
            <w:tcW w:w="4320" w:type="dxa"/>
          </w:tcPr>
          <w:p w14:paraId="5AA771CF" w14:textId="77777777" w:rsidR="00597804" w:rsidRPr="00FE466A" w:rsidRDefault="00885B94">
            <w:pPr>
              <w:rPr>
                <w:lang w:val="sl-SI"/>
              </w:rPr>
            </w:pP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</w:p>
        </w:tc>
      </w:tr>
      <w:tr w:rsidR="00597804" w:rsidRPr="00E701CA" w14:paraId="6E837FC0" w14:textId="77777777">
        <w:trPr>
          <w:trHeight w:hRule="exact" w:val="900"/>
          <w:jc w:val="center"/>
        </w:trPr>
        <w:tc>
          <w:tcPr>
            <w:tcW w:w="4320" w:type="dxa"/>
          </w:tcPr>
          <w:p w14:paraId="6CF22620" w14:textId="77777777" w:rsidR="00D81AF3" w:rsidRDefault="00D81AF3">
            <w:pPr>
              <w:rPr>
                <w:lang w:val="sl-SI"/>
              </w:rPr>
            </w:pPr>
          </w:p>
          <w:p w14:paraId="53AB1D6C" w14:textId="08D4F61B" w:rsidR="00597804" w:rsidRPr="00FE466A" w:rsidRDefault="00D81AF3">
            <w:pPr>
              <w:rPr>
                <w:lang w:val="sl-SI"/>
              </w:rPr>
            </w:pPr>
            <w:r w:rsidRPr="00D81AF3">
              <w:rPr>
                <w:lang w:val="sl-SI"/>
              </w:rPr>
              <w:t>Predavatelji imajo najmanj 3 strokovne ali znanstvene objave</w:t>
            </w:r>
          </w:p>
        </w:tc>
        <w:tc>
          <w:tcPr>
            <w:tcW w:w="4320" w:type="dxa"/>
          </w:tcPr>
          <w:p w14:paraId="66949E23" w14:textId="77777777" w:rsidR="00597804" w:rsidRPr="00FE466A" w:rsidRDefault="00885B94">
            <w:pPr>
              <w:rPr>
                <w:lang w:val="sl-SI"/>
              </w:rPr>
            </w:pP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</w:p>
        </w:tc>
      </w:tr>
      <w:tr w:rsidR="00597804" w:rsidRPr="00E701CA" w14:paraId="70F40C4F" w14:textId="77777777">
        <w:trPr>
          <w:trHeight w:hRule="exact" w:val="900"/>
          <w:jc w:val="center"/>
        </w:trPr>
        <w:tc>
          <w:tcPr>
            <w:tcW w:w="4320" w:type="dxa"/>
          </w:tcPr>
          <w:p w14:paraId="45C8DD30" w14:textId="77777777" w:rsidR="00885B94" w:rsidRPr="00FE466A" w:rsidRDefault="00885B94">
            <w:pPr>
              <w:rPr>
                <w:lang w:val="sl-SI"/>
              </w:rPr>
            </w:pPr>
          </w:p>
          <w:p w14:paraId="45DA5EC4" w14:textId="2B3D3E43" w:rsidR="00597804" w:rsidRPr="00FE466A" w:rsidRDefault="00D81AF3">
            <w:pPr>
              <w:rPr>
                <w:lang w:val="sl-SI"/>
              </w:rPr>
            </w:pPr>
            <w:r w:rsidRPr="00D81AF3">
              <w:rPr>
                <w:lang w:val="sl-SI"/>
              </w:rPr>
              <w:t>Organizacija zagotavlja sprotno posodabljanje programa</w:t>
            </w:r>
          </w:p>
        </w:tc>
        <w:tc>
          <w:tcPr>
            <w:tcW w:w="4320" w:type="dxa"/>
          </w:tcPr>
          <w:p w14:paraId="6572675B" w14:textId="77777777" w:rsidR="00597804" w:rsidRPr="00FE466A" w:rsidRDefault="00885B94">
            <w:pPr>
              <w:rPr>
                <w:lang w:val="sl-SI"/>
              </w:rPr>
            </w:pP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  <w:r w:rsidRPr="00FE466A">
              <w:rPr>
                <w:lang w:val="sl-SI"/>
              </w:rPr>
              <w:br/>
            </w:r>
          </w:p>
        </w:tc>
      </w:tr>
    </w:tbl>
    <w:p w14:paraId="5D89355F" w14:textId="77777777" w:rsidR="00885B94" w:rsidRPr="00FE466A" w:rsidRDefault="00885B94" w:rsidP="00885B94">
      <w:pPr>
        <w:pStyle w:val="Naslov2"/>
        <w:ind w:left="720"/>
        <w:rPr>
          <w:rFonts w:ascii="Arial" w:hAnsi="Arial" w:cs="Arial"/>
          <w:color w:val="auto"/>
          <w:sz w:val="20"/>
          <w:szCs w:val="20"/>
          <w:lang w:val="sl-SI"/>
        </w:rPr>
      </w:pPr>
    </w:p>
    <w:p w14:paraId="73D17552" w14:textId="77777777" w:rsidR="00597804" w:rsidRPr="00FE466A" w:rsidRDefault="00885B94" w:rsidP="00885B94">
      <w:pPr>
        <w:pStyle w:val="Naslov2"/>
        <w:numPr>
          <w:ilvl w:val="0"/>
          <w:numId w:val="10"/>
        </w:numPr>
        <w:rPr>
          <w:rFonts w:ascii="Arial" w:hAnsi="Arial" w:cs="Arial"/>
          <w:color w:val="auto"/>
          <w:sz w:val="20"/>
          <w:szCs w:val="20"/>
          <w:lang w:val="sl-SI"/>
        </w:rPr>
      </w:pPr>
      <w:r w:rsidRPr="00FE466A">
        <w:rPr>
          <w:rFonts w:ascii="Arial" w:hAnsi="Arial" w:cs="Arial"/>
          <w:color w:val="auto"/>
          <w:sz w:val="20"/>
          <w:szCs w:val="20"/>
          <w:lang w:val="sl-SI"/>
        </w:rPr>
        <w:t>S</w:t>
      </w:r>
      <w:r w:rsidR="006D2E20" w:rsidRPr="00FE466A">
        <w:rPr>
          <w:rFonts w:ascii="Arial" w:hAnsi="Arial" w:cs="Arial"/>
          <w:color w:val="auto"/>
          <w:sz w:val="20"/>
          <w:szCs w:val="20"/>
          <w:lang w:val="sl-SI"/>
        </w:rPr>
        <w:t>klep komisije</w:t>
      </w:r>
    </w:p>
    <w:p w14:paraId="458EB5A3" w14:textId="77777777" w:rsidR="00885B94" w:rsidRPr="00FE466A" w:rsidRDefault="00885B94" w:rsidP="00885B94">
      <w:pPr>
        <w:pStyle w:val="Odstavekseznama"/>
        <w:rPr>
          <w:lang w:val="sl-SI"/>
        </w:rPr>
      </w:pPr>
    </w:p>
    <w:p w14:paraId="0EDB08F5" w14:textId="77777777" w:rsidR="00885B94" w:rsidRPr="00FE466A" w:rsidRDefault="00885B94">
      <w:pPr>
        <w:rPr>
          <w:lang w:val="sl-SI"/>
        </w:rPr>
      </w:pPr>
      <w:r w:rsidRPr="00FE466A">
        <w:rPr>
          <w:b/>
          <w:lang w:val="sl-SI"/>
        </w:rPr>
        <w:t>Program izpolnjuje pogoje (obkroži)      DA  /  NE</w:t>
      </w:r>
    </w:p>
    <w:p w14:paraId="03F35136" w14:textId="77777777" w:rsidR="00885B94" w:rsidRPr="00FE466A" w:rsidRDefault="00885B94">
      <w:pPr>
        <w:rPr>
          <w:b/>
          <w:lang w:val="sl-SI"/>
        </w:rPr>
      </w:pPr>
      <w:r w:rsidRPr="00FE466A">
        <w:rPr>
          <w:b/>
          <w:lang w:val="sl-SI"/>
        </w:rPr>
        <w:t>Utemeljitev:</w:t>
      </w:r>
    </w:p>
    <w:p w14:paraId="287F2C8E" w14:textId="77777777" w:rsidR="00597804" w:rsidRPr="00FE466A" w:rsidRDefault="00885B94">
      <w:pPr>
        <w:rPr>
          <w:lang w:val="sl-SI"/>
        </w:rPr>
      </w:pPr>
      <w:r w:rsidRPr="00FE466A">
        <w:rPr>
          <w:lang w:val="sl-SI"/>
        </w:rPr>
        <w:t>_____________________________________________________________________________</w:t>
      </w:r>
    </w:p>
    <w:p w14:paraId="31DD164F" w14:textId="77777777" w:rsidR="00597804" w:rsidRPr="00FE466A" w:rsidRDefault="00885B94">
      <w:pPr>
        <w:rPr>
          <w:lang w:val="sl-SI"/>
        </w:rPr>
      </w:pPr>
      <w:r w:rsidRPr="00FE466A">
        <w:rPr>
          <w:lang w:val="sl-SI"/>
        </w:rPr>
        <w:lastRenderedPageBreak/>
        <w:t>_____________________________________________________________________________</w:t>
      </w:r>
    </w:p>
    <w:p w14:paraId="09AD9C8F" w14:textId="77777777" w:rsidR="00885B94" w:rsidRPr="00FE466A" w:rsidRDefault="00885B94" w:rsidP="00FE466A">
      <w:pPr>
        <w:rPr>
          <w:lang w:val="sl-SI"/>
        </w:rPr>
      </w:pPr>
      <w:r w:rsidRPr="00FE466A">
        <w:rPr>
          <w:lang w:val="sl-SI"/>
        </w:rPr>
        <w:t>_____________________________________________________________________________</w:t>
      </w:r>
    </w:p>
    <w:p w14:paraId="645BD4D7" w14:textId="77777777" w:rsidR="00597804" w:rsidRPr="00FE466A" w:rsidRDefault="00885B94" w:rsidP="00885B94">
      <w:pPr>
        <w:pStyle w:val="Naslov2"/>
        <w:numPr>
          <w:ilvl w:val="0"/>
          <w:numId w:val="10"/>
        </w:numPr>
        <w:rPr>
          <w:rFonts w:ascii="Arial" w:hAnsi="Arial" w:cs="Arial"/>
          <w:color w:val="auto"/>
          <w:sz w:val="20"/>
          <w:szCs w:val="20"/>
          <w:lang w:val="sl-SI"/>
        </w:rPr>
      </w:pPr>
      <w:r w:rsidRPr="00FE466A">
        <w:rPr>
          <w:rFonts w:ascii="Arial" w:hAnsi="Arial" w:cs="Arial"/>
          <w:color w:val="auto"/>
          <w:sz w:val="20"/>
          <w:szCs w:val="20"/>
          <w:lang w:val="sl-SI"/>
        </w:rPr>
        <w:t>Č</w:t>
      </w:r>
      <w:r w:rsidR="006D2E20" w:rsidRPr="00FE466A">
        <w:rPr>
          <w:rFonts w:ascii="Arial" w:hAnsi="Arial" w:cs="Arial"/>
          <w:color w:val="auto"/>
          <w:sz w:val="20"/>
          <w:szCs w:val="20"/>
          <w:lang w:val="sl-SI"/>
        </w:rPr>
        <w:t>lani komisije</w:t>
      </w:r>
      <w:r w:rsidRPr="00FE466A">
        <w:rPr>
          <w:rFonts w:ascii="Arial" w:hAnsi="Arial" w:cs="Arial"/>
          <w:color w:val="auto"/>
          <w:sz w:val="20"/>
          <w:szCs w:val="20"/>
          <w:lang w:val="sl-SI"/>
        </w:rPr>
        <w:t>:</w:t>
      </w:r>
    </w:p>
    <w:p w14:paraId="32013378" w14:textId="77777777" w:rsidR="00885B94" w:rsidRPr="00FE466A" w:rsidRDefault="00885B94" w:rsidP="00885B94">
      <w:pPr>
        <w:rPr>
          <w:lang w:val="sl-SI"/>
        </w:rPr>
      </w:pPr>
    </w:p>
    <w:p w14:paraId="732043A1" w14:textId="7F6A858C" w:rsidR="00597804" w:rsidRPr="00FE466A" w:rsidRDefault="00885B94">
      <w:pPr>
        <w:rPr>
          <w:lang w:val="sl-SI"/>
        </w:rPr>
      </w:pPr>
      <w:r w:rsidRPr="00FE466A">
        <w:rPr>
          <w:lang w:val="sl-SI"/>
        </w:rPr>
        <w:t>Član – ime in priimek</w:t>
      </w:r>
      <w:r w:rsidR="00FE466A" w:rsidRPr="00FE466A">
        <w:rPr>
          <w:lang w:val="sl-SI"/>
        </w:rPr>
        <w:t>:</w:t>
      </w:r>
      <w:r w:rsidRPr="00FE466A">
        <w:rPr>
          <w:lang w:val="sl-SI"/>
        </w:rPr>
        <w:t xml:space="preserve"> _____________________________________</w:t>
      </w:r>
    </w:p>
    <w:p w14:paraId="37CF6ACE" w14:textId="77777777" w:rsidR="00597804" w:rsidRPr="00FE466A" w:rsidRDefault="00885B94">
      <w:pPr>
        <w:rPr>
          <w:lang w:val="sl-SI"/>
        </w:rPr>
      </w:pPr>
      <w:r w:rsidRPr="00FE466A">
        <w:rPr>
          <w:lang w:val="sl-SI"/>
        </w:rPr>
        <w:t>Podpis: _____________________________________________</w:t>
      </w:r>
    </w:p>
    <w:p w14:paraId="2B41294B" w14:textId="77777777" w:rsidR="00FE466A" w:rsidRPr="00FE466A" w:rsidRDefault="00FE466A">
      <w:pPr>
        <w:rPr>
          <w:lang w:val="sl-SI"/>
        </w:rPr>
      </w:pPr>
    </w:p>
    <w:p w14:paraId="7DD9EE85" w14:textId="3EA01FCF" w:rsidR="00597804" w:rsidRPr="00FE466A" w:rsidRDefault="00885B94">
      <w:pPr>
        <w:rPr>
          <w:lang w:val="sl-SI"/>
        </w:rPr>
      </w:pPr>
      <w:r w:rsidRPr="00FE466A">
        <w:rPr>
          <w:lang w:val="sl-SI"/>
        </w:rPr>
        <w:t>Član – ime in priimek: _____________________________________</w:t>
      </w:r>
    </w:p>
    <w:p w14:paraId="2CA06113" w14:textId="77777777" w:rsidR="00597804" w:rsidRPr="00FE466A" w:rsidRDefault="00885B94">
      <w:pPr>
        <w:rPr>
          <w:lang w:val="sl-SI"/>
        </w:rPr>
      </w:pPr>
      <w:r w:rsidRPr="00FE466A">
        <w:rPr>
          <w:lang w:val="sl-SI"/>
        </w:rPr>
        <w:t>Podpis: _____________________________________________</w:t>
      </w:r>
    </w:p>
    <w:p w14:paraId="1FB8DA04" w14:textId="77777777" w:rsidR="00FE466A" w:rsidRPr="00FE466A" w:rsidRDefault="00FE466A">
      <w:pPr>
        <w:rPr>
          <w:lang w:val="sl-SI"/>
        </w:rPr>
      </w:pPr>
    </w:p>
    <w:p w14:paraId="11908334" w14:textId="40D1BEA0" w:rsidR="00597804" w:rsidRPr="00FE466A" w:rsidRDefault="00885B94">
      <w:pPr>
        <w:rPr>
          <w:lang w:val="sl-SI"/>
        </w:rPr>
      </w:pPr>
      <w:r w:rsidRPr="00FE466A">
        <w:rPr>
          <w:lang w:val="sl-SI"/>
        </w:rPr>
        <w:t>Član – ime in priimek: _____________________________________</w:t>
      </w:r>
    </w:p>
    <w:p w14:paraId="70061AC2" w14:textId="77777777" w:rsidR="00597804" w:rsidRPr="00FE466A" w:rsidRDefault="00885B94">
      <w:pPr>
        <w:rPr>
          <w:lang w:val="sl-SI"/>
        </w:rPr>
      </w:pPr>
      <w:r w:rsidRPr="00FE466A">
        <w:rPr>
          <w:lang w:val="sl-SI"/>
        </w:rPr>
        <w:t>Podpis: _____________________________________________</w:t>
      </w:r>
    </w:p>
    <w:sectPr w:rsidR="00597804" w:rsidRPr="00FE466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712A69"/>
    <w:multiLevelType w:val="hybridMultilevel"/>
    <w:tmpl w:val="8A30E7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16199">
    <w:abstractNumId w:val="8"/>
  </w:num>
  <w:num w:numId="2" w16cid:durableId="1382359557">
    <w:abstractNumId w:val="6"/>
  </w:num>
  <w:num w:numId="3" w16cid:durableId="568544082">
    <w:abstractNumId w:val="5"/>
  </w:num>
  <w:num w:numId="4" w16cid:durableId="1605990012">
    <w:abstractNumId w:val="4"/>
  </w:num>
  <w:num w:numId="5" w16cid:durableId="1207525727">
    <w:abstractNumId w:val="7"/>
  </w:num>
  <w:num w:numId="6" w16cid:durableId="2111270810">
    <w:abstractNumId w:val="3"/>
  </w:num>
  <w:num w:numId="7" w16cid:durableId="830632623">
    <w:abstractNumId w:val="2"/>
  </w:num>
  <w:num w:numId="8" w16cid:durableId="315957468">
    <w:abstractNumId w:val="1"/>
  </w:num>
  <w:num w:numId="9" w16cid:durableId="448858235">
    <w:abstractNumId w:val="0"/>
  </w:num>
  <w:num w:numId="10" w16cid:durableId="5626441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5C3C"/>
    <w:rsid w:val="000F1988"/>
    <w:rsid w:val="0015074B"/>
    <w:rsid w:val="0029639D"/>
    <w:rsid w:val="00326F90"/>
    <w:rsid w:val="00524996"/>
    <w:rsid w:val="00597804"/>
    <w:rsid w:val="005A7C82"/>
    <w:rsid w:val="006D2E20"/>
    <w:rsid w:val="007609AF"/>
    <w:rsid w:val="00885B94"/>
    <w:rsid w:val="008F6DFF"/>
    <w:rsid w:val="00AA1D8D"/>
    <w:rsid w:val="00AA25DB"/>
    <w:rsid w:val="00B47730"/>
    <w:rsid w:val="00B84914"/>
    <w:rsid w:val="00C11879"/>
    <w:rsid w:val="00C66AF1"/>
    <w:rsid w:val="00CB0664"/>
    <w:rsid w:val="00D81AF3"/>
    <w:rsid w:val="00E701CA"/>
    <w:rsid w:val="00EB4CA8"/>
    <w:rsid w:val="00F35151"/>
    <w:rsid w:val="00FC49B9"/>
    <w:rsid w:val="00FC693F"/>
    <w:rsid w:val="00FE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6C6C0E"/>
  <w15:docId w15:val="{7B2641A1-1B1C-4F2E-8353-3A11FA75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  <w:rPr>
      <w:rFonts w:ascii="Arial" w:eastAsia="Arial" w:hAnsi="Arial"/>
      <w:color w:val="000000"/>
      <w:sz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zija">
    <w:name w:val="Revision"/>
    <w:hidden/>
    <w:uiPriority w:val="99"/>
    <w:semiHidden/>
    <w:rsid w:val="000D5C3C"/>
    <w:pPr>
      <w:spacing w:after="0" w:line="240" w:lineRule="auto"/>
    </w:pPr>
    <w:rPr>
      <w:rFonts w:ascii="Arial" w:eastAsia="Arial" w:hAnsi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C489AF-47F2-4016-91AA-EBBEA6CD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Tomaž Bregar Horvat</cp:lastModifiedBy>
  <cp:revision>2</cp:revision>
  <dcterms:created xsi:type="dcterms:W3CDTF">2026-04-24T09:40:00Z</dcterms:created>
  <dcterms:modified xsi:type="dcterms:W3CDTF">2026-04-24T09:40:00Z</dcterms:modified>
  <cp:category/>
</cp:coreProperties>
</file>