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9454F5" w14:textId="32CBA2C6" w:rsidR="00E662D3" w:rsidRDefault="002A3809" w:rsidP="002A3809">
      <w:pPr>
        <w:rPr>
          <w:rFonts w:ascii="Arial" w:hAnsi="Arial" w:cs="Arial"/>
          <w:b/>
          <w:bCs/>
          <w:sz w:val="20"/>
          <w:szCs w:val="20"/>
          <w:lang w:val="sl-SI"/>
        </w:rPr>
      </w:pPr>
      <w:r w:rsidRPr="00113266">
        <w:rPr>
          <w:rFonts w:ascii="Arial" w:hAnsi="Arial" w:cs="Arial"/>
          <w:b/>
          <w:bCs/>
          <w:sz w:val="20"/>
          <w:szCs w:val="20"/>
          <w:lang w:val="sl-SI"/>
        </w:rPr>
        <w:t xml:space="preserve">Priloga 1 </w:t>
      </w:r>
    </w:p>
    <w:p w14:paraId="6027BFD9" w14:textId="1A5F217C" w:rsidR="002A3809" w:rsidRPr="00113266" w:rsidRDefault="002A3809" w:rsidP="002A3809">
      <w:pPr>
        <w:rPr>
          <w:rFonts w:ascii="Arial" w:hAnsi="Arial" w:cs="Arial"/>
          <w:b/>
          <w:bCs/>
          <w:sz w:val="20"/>
          <w:szCs w:val="20"/>
          <w:lang w:val="sl-SI"/>
        </w:rPr>
      </w:pPr>
      <w:r w:rsidRPr="00113266">
        <w:rPr>
          <w:rFonts w:ascii="Arial" w:hAnsi="Arial" w:cs="Arial"/>
          <w:b/>
          <w:bCs/>
          <w:sz w:val="20"/>
          <w:szCs w:val="20"/>
          <w:lang w:val="sl-SI"/>
        </w:rPr>
        <w:t>Obrazec za prijavo programa usposabljanja za direktorje</w:t>
      </w:r>
      <w:r w:rsidR="00077D48" w:rsidRPr="00113266">
        <w:rPr>
          <w:rFonts w:ascii="Arial" w:hAnsi="Arial" w:cs="Arial"/>
          <w:b/>
          <w:bCs/>
          <w:sz w:val="20"/>
          <w:szCs w:val="20"/>
          <w:lang w:val="sl-SI"/>
        </w:rPr>
        <w:t>,</w:t>
      </w:r>
      <w:r w:rsidR="00113266">
        <w:rPr>
          <w:rFonts w:ascii="Arial" w:hAnsi="Arial" w:cs="Arial"/>
          <w:b/>
          <w:bCs/>
          <w:sz w:val="20"/>
          <w:szCs w:val="20"/>
          <w:lang w:val="sl-SI"/>
        </w:rPr>
        <w:t xml:space="preserve"> </w:t>
      </w:r>
      <w:r w:rsidRPr="00113266">
        <w:rPr>
          <w:rFonts w:ascii="Arial" w:hAnsi="Arial" w:cs="Arial"/>
          <w:b/>
          <w:bCs/>
          <w:sz w:val="20"/>
          <w:szCs w:val="20"/>
          <w:lang w:val="sl-SI"/>
        </w:rPr>
        <w:t>strokovne direktorje in člane sveta zavoda</w:t>
      </w:r>
    </w:p>
    <w:p w14:paraId="6FF7E08A" w14:textId="77777777" w:rsidR="00E714D9" w:rsidRPr="00113266" w:rsidRDefault="00E714D9" w:rsidP="002A3809">
      <w:pPr>
        <w:spacing w:after="0"/>
        <w:rPr>
          <w:rFonts w:ascii="Arial" w:hAnsi="Arial" w:cs="Arial"/>
          <w:sz w:val="20"/>
          <w:szCs w:val="20"/>
          <w:lang w:val="sl-SI"/>
        </w:rPr>
      </w:pPr>
    </w:p>
    <w:p w14:paraId="136DFFE1" w14:textId="77777777" w:rsidR="00E714D9" w:rsidRPr="00113266" w:rsidRDefault="00E714D9" w:rsidP="002A3809">
      <w:pPr>
        <w:spacing w:after="0"/>
        <w:rPr>
          <w:rFonts w:ascii="Arial" w:hAnsi="Arial" w:cs="Arial"/>
          <w:sz w:val="20"/>
          <w:szCs w:val="20"/>
          <w:lang w:val="sl-SI"/>
        </w:rPr>
      </w:pPr>
    </w:p>
    <w:p w14:paraId="7DFE0405" w14:textId="77777777" w:rsidR="002A3809" w:rsidRPr="00113266" w:rsidRDefault="002A3809" w:rsidP="002A3809">
      <w:pPr>
        <w:spacing w:after="0"/>
        <w:rPr>
          <w:rFonts w:ascii="Arial" w:hAnsi="Arial" w:cs="Arial"/>
          <w:sz w:val="20"/>
          <w:szCs w:val="20"/>
          <w:lang w:val="sl-SI"/>
        </w:rPr>
      </w:pPr>
      <w:r w:rsidRPr="00113266">
        <w:rPr>
          <w:rFonts w:ascii="Arial" w:hAnsi="Arial" w:cs="Arial"/>
          <w:sz w:val="20"/>
          <w:szCs w:val="20"/>
          <w:lang w:val="sl-SI"/>
        </w:rPr>
        <w:t>Ministrstvo za zdravje</w:t>
      </w:r>
    </w:p>
    <w:p w14:paraId="14ED373E" w14:textId="77777777" w:rsidR="002A3809" w:rsidRPr="00113266" w:rsidRDefault="002A3809" w:rsidP="002A3809">
      <w:pPr>
        <w:spacing w:after="0"/>
        <w:rPr>
          <w:rFonts w:ascii="Arial" w:hAnsi="Arial" w:cs="Arial"/>
          <w:sz w:val="20"/>
          <w:szCs w:val="20"/>
          <w:lang w:val="sl-SI"/>
        </w:rPr>
      </w:pPr>
      <w:r w:rsidRPr="00113266">
        <w:rPr>
          <w:rFonts w:ascii="Arial" w:hAnsi="Arial" w:cs="Arial"/>
          <w:sz w:val="20"/>
          <w:szCs w:val="20"/>
          <w:lang w:val="sl-SI"/>
        </w:rPr>
        <w:t>Štefanova ulica 5</w:t>
      </w:r>
    </w:p>
    <w:p w14:paraId="6B6D1013" w14:textId="77777777" w:rsidR="002A3809" w:rsidRPr="00113266" w:rsidRDefault="002A3809" w:rsidP="002A3809">
      <w:pPr>
        <w:spacing w:after="0"/>
        <w:rPr>
          <w:rFonts w:ascii="Arial" w:hAnsi="Arial" w:cs="Arial"/>
          <w:sz w:val="20"/>
          <w:szCs w:val="20"/>
          <w:lang w:val="sl-SI"/>
        </w:rPr>
      </w:pPr>
      <w:r w:rsidRPr="00113266">
        <w:rPr>
          <w:rFonts w:ascii="Arial" w:hAnsi="Arial" w:cs="Arial"/>
          <w:sz w:val="20"/>
          <w:szCs w:val="20"/>
          <w:lang w:val="sl-SI"/>
        </w:rPr>
        <w:t>1000 Ljubljana</w:t>
      </w:r>
    </w:p>
    <w:p w14:paraId="520E9ED7" w14:textId="77777777" w:rsidR="00E714D9" w:rsidRPr="00113266" w:rsidRDefault="00E714D9" w:rsidP="002A3809">
      <w:pPr>
        <w:spacing w:after="0"/>
        <w:rPr>
          <w:rFonts w:ascii="Arial" w:hAnsi="Arial" w:cs="Arial"/>
          <w:sz w:val="20"/>
          <w:szCs w:val="20"/>
          <w:lang w:val="sl-SI"/>
        </w:rPr>
      </w:pPr>
    </w:p>
    <w:p w14:paraId="15F0745A" w14:textId="77777777" w:rsidR="00E714D9" w:rsidRPr="00113266" w:rsidRDefault="00E714D9" w:rsidP="002A3809">
      <w:pPr>
        <w:spacing w:after="0"/>
        <w:rPr>
          <w:rFonts w:ascii="Arial" w:hAnsi="Arial" w:cs="Arial"/>
          <w:sz w:val="20"/>
          <w:szCs w:val="20"/>
          <w:lang w:val="sl-SI"/>
        </w:rPr>
      </w:pPr>
    </w:p>
    <w:p w14:paraId="44AC56CB" w14:textId="77777777" w:rsidR="002A3809" w:rsidRPr="00113266" w:rsidRDefault="002A3809" w:rsidP="002A3809">
      <w:pPr>
        <w:pStyle w:val="Naslov2"/>
        <w:spacing w:before="0"/>
        <w:rPr>
          <w:rFonts w:ascii="Arial" w:hAnsi="Arial" w:cs="Arial"/>
          <w:color w:val="auto"/>
          <w:sz w:val="20"/>
          <w:szCs w:val="20"/>
          <w:lang w:val="sl-SI"/>
        </w:rPr>
      </w:pPr>
    </w:p>
    <w:p w14:paraId="228A8922" w14:textId="77777777" w:rsidR="002A3809" w:rsidRPr="00113266" w:rsidRDefault="00E714D9" w:rsidP="002A3809">
      <w:pPr>
        <w:pStyle w:val="Naslov2"/>
        <w:numPr>
          <w:ilvl w:val="0"/>
          <w:numId w:val="16"/>
        </w:numPr>
        <w:spacing w:before="0"/>
        <w:rPr>
          <w:rFonts w:ascii="Arial" w:hAnsi="Arial" w:cs="Arial"/>
          <w:color w:val="auto"/>
          <w:sz w:val="20"/>
          <w:szCs w:val="20"/>
          <w:lang w:val="sl-SI"/>
        </w:rPr>
      </w:pPr>
      <w:r w:rsidRPr="00113266">
        <w:rPr>
          <w:rFonts w:ascii="Arial" w:hAnsi="Arial" w:cs="Arial"/>
          <w:color w:val="auto"/>
          <w:sz w:val="20"/>
          <w:szCs w:val="20"/>
          <w:lang w:val="sl-SI"/>
        </w:rPr>
        <w:t>PODATKI O ORGANIZACIJI</w:t>
      </w:r>
    </w:p>
    <w:p w14:paraId="37BB9998" w14:textId="77777777" w:rsidR="00603164" w:rsidRPr="00113266" w:rsidRDefault="00E714D9" w:rsidP="002A3809">
      <w:pPr>
        <w:pStyle w:val="Naslov2"/>
        <w:spacing w:before="0"/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</w:pPr>
      <w:r w:rsidRPr="00113266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Naziv organizacije:</w:t>
      </w:r>
    </w:p>
    <w:p w14:paraId="3300378F" w14:textId="77777777" w:rsidR="00603164" w:rsidRPr="00113266" w:rsidRDefault="00E714D9" w:rsidP="002A3809">
      <w:pPr>
        <w:pStyle w:val="Naslov2"/>
        <w:spacing w:before="0"/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</w:pPr>
      <w:r w:rsidRPr="00113266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Naslov:</w:t>
      </w:r>
    </w:p>
    <w:p w14:paraId="2A602C89" w14:textId="77777777" w:rsidR="00603164" w:rsidRPr="00113266" w:rsidRDefault="00E714D9" w:rsidP="002A3809">
      <w:pPr>
        <w:pStyle w:val="Naslov2"/>
        <w:spacing w:before="0"/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</w:pPr>
      <w:r w:rsidRPr="00113266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Kontaktna oseba:</w:t>
      </w:r>
    </w:p>
    <w:p w14:paraId="46995777" w14:textId="77777777" w:rsidR="00603164" w:rsidRPr="00113266" w:rsidRDefault="00E714D9" w:rsidP="002A3809">
      <w:pPr>
        <w:pStyle w:val="Naslov2"/>
        <w:spacing w:before="0"/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</w:pPr>
      <w:r w:rsidRPr="00113266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Telefon:</w:t>
      </w:r>
    </w:p>
    <w:p w14:paraId="03BD45F4" w14:textId="77777777" w:rsidR="00603164" w:rsidRPr="00113266" w:rsidRDefault="00E714D9" w:rsidP="002A3809">
      <w:pPr>
        <w:pStyle w:val="Naslov2"/>
        <w:spacing w:before="0"/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</w:pPr>
      <w:r w:rsidRPr="00113266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E-pošta:</w:t>
      </w:r>
    </w:p>
    <w:p w14:paraId="0F314D54" w14:textId="77777777" w:rsidR="002A3809" w:rsidRPr="00113266" w:rsidRDefault="002A3809" w:rsidP="002A3809">
      <w:pPr>
        <w:rPr>
          <w:lang w:val="sl-SI"/>
        </w:rPr>
      </w:pPr>
    </w:p>
    <w:p w14:paraId="71703F04" w14:textId="77777777" w:rsidR="00603164" w:rsidRPr="00113266" w:rsidRDefault="00E714D9" w:rsidP="002A3809">
      <w:pPr>
        <w:pStyle w:val="Naslov2"/>
        <w:numPr>
          <w:ilvl w:val="0"/>
          <w:numId w:val="16"/>
        </w:numPr>
        <w:spacing w:before="0"/>
        <w:rPr>
          <w:rFonts w:ascii="Arial" w:hAnsi="Arial" w:cs="Arial"/>
          <w:color w:val="auto"/>
          <w:sz w:val="20"/>
          <w:szCs w:val="20"/>
          <w:lang w:val="sl-SI"/>
        </w:rPr>
      </w:pPr>
      <w:r w:rsidRPr="00113266">
        <w:rPr>
          <w:rFonts w:ascii="Arial" w:hAnsi="Arial" w:cs="Arial"/>
          <w:color w:val="auto"/>
          <w:sz w:val="20"/>
          <w:szCs w:val="20"/>
          <w:lang w:val="sl-SI"/>
        </w:rPr>
        <w:t>PODATKI O PROGRAMU</w:t>
      </w:r>
    </w:p>
    <w:p w14:paraId="7A2E82CC" w14:textId="77777777" w:rsidR="00603164" w:rsidRPr="00113266" w:rsidRDefault="00E714D9" w:rsidP="002A3809">
      <w:pPr>
        <w:pStyle w:val="Naslov2"/>
        <w:spacing w:before="0"/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</w:pPr>
      <w:r w:rsidRPr="00113266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Naziv programa:</w:t>
      </w:r>
    </w:p>
    <w:p w14:paraId="655CC02C" w14:textId="77777777" w:rsidR="00603164" w:rsidRPr="002A3809" w:rsidRDefault="00E714D9" w:rsidP="002A3809">
      <w:pPr>
        <w:pStyle w:val="Naslov2"/>
        <w:spacing w:before="0"/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</w:pPr>
      <w:r w:rsidRPr="002A3809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Opis programa:</w:t>
      </w:r>
    </w:p>
    <w:p w14:paraId="32453FC3" w14:textId="77777777" w:rsidR="00603164" w:rsidRPr="002A3809" w:rsidRDefault="00E714D9" w:rsidP="002A3809">
      <w:pPr>
        <w:pStyle w:val="Naslov2"/>
        <w:spacing w:before="0"/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</w:pPr>
      <w:r w:rsidRPr="002A3809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Trajanje v pedagoških urah:</w:t>
      </w:r>
    </w:p>
    <w:p w14:paraId="25ABE546" w14:textId="77777777" w:rsidR="00603164" w:rsidRPr="002A3809" w:rsidRDefault="00E714D9" w:rsidP="002A3809">
      <w:pPr>
        <w:pStyle w:val="Naslov2"/>
        <w:spacing w:before="0"/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</w:pPr>
      <w:r w:rsidRPr="002A3809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Ciljna skupina:</w:t>
      </w:r>
    </w:p>
    <w:p w14:paraId="4E876234" w14:textId="77777777" w:rsidR="00603164" w:rsidRPr="002A3809" w:rsidRDefault="00E714D9" w:rsidP="002A3809">
      <w:pPr>
        <w:pStyle w:val="Naslov2"/>
        <w:spacing w:before="0"/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</w:pPr>
      <w:r w:rsidRPr="002A3809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Učni načrt:</w:t>
      </w:r>
    </w:p>
    <w:p w14:paraId="3ACF5270" w14:textId="77777777" w:rsidR="00603164" w:rsidRPr="002A3809" w:rsidRDefault="00E714D9" w:rsidP="002A3809">
      <w:pPr>
        <w:pStyle w:val="Naslov2"/>
        <w:spacing w:before="0"/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</w:pPr>
      <w:r w:rsidRPr="002A3809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Način izvedbe (predavanja, delavnice, e-učenje ...):</w:t>
      </w:r>
    </w:p>
    <w:p w14:paraId="3E9A5B98" w14:textId="3FE0A322" w:rsidR="00603164" w:rsidRPr="002A3809" w:rsidRDefault="00E714D9" w:rsidP="002A3809">
      <w:pPr>
        <w:pStyle w:val="Naslov2"/>
        <w:spacing w:before="0"/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</w:pPr>
      <w:r w:rsidRPr="002A3809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Način preverjanja znanja:</w:t>
      </w:r>
    </w:p>
    <w:p w14:paraId="42B8A5F1" w14:textId="77777777" w:rsidR="002A3809" w:rsidRPr="002A3809" w:rsidRDefault="002A3809" w:rsidP="002A3809">
      <w:pPr>
        <w:rPr>
          <w:lang w:val="sl-SI"/>
        </w:rPr>
      </w:pPr>
    </w:p>
    <w:p w14:paraId="40C2F295" w14:textId="77777777" w:rsidR="00603164" w:rsidRPr="002A3809" w:rsidRDefault="00E714D9" w:rsidP="002A3809">
      <w:pPr>
        <w:pStyle w:val="Naslov2"/>
        <w:numPr>
          <w:ilvl w:val="0"/>
          <w:numId w:val="16"/>
        </w:numPr>
        <w:spacing w:before="0"/>
        <w:rPr>
          <w:rFonts w:ascii="Arial" w:hAnsi="Arial" w:cs="Arial"/>
          <w:color w:val="auto"/>
          <w:sz w:val="20"/>
          <w:szCs w:val="20"/>
          <w:lang w:val="sl-SI"/>
        </w:rPr>
      </w:pPr>
      <w:r w:rsidRPr="002A3809">
        <w:rPr>
          <w:rFonts w:ascii="Arial" w:hAnsi="Arial" w:cs="Arial"/>
          <w:color w:val="auto"/>
          <w:sz w:val="20"/>
          <w:szCs w:val="20"/>
          <w:lang w:val="sl-SI"/>
        </w:rPr>
        <w:t>DOKAZILA O IZPOLNJEVANJU POGOJEV (7. člen)</w:t>
      </w:r>
    </w:p>
    <w:p w14:paraId="3021263F" w14:textId="21DA4858" w:rsidR="00C00385" w:rsidRDefault="00E714D9" w:rsidP="000C11A1">
      <w:pPr>
        <w:pStyle w:val="Naslov2"/>
        <w:spacing w:before="0" w:line="240" w:lineRule="auto"/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</w:pPr>
      <w:r w:rsidRPr="002A3809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 xml:space="preserve">Priloga 1: Podroben učni načrt in dokazilo o skladnosti vsebine in trajanja </w:t>
      </w:r>
      <w:r w:rsidR="00077D48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z</w:t>
      </w:r>
      <w:r w:rsidRPr="002A3809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 xml:space="preserve"> 2. </w:t>
      </w:r>
      <w:r w:rsidR="00C7651C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oziroma</w:t>
      </w:r>
      <w:r w:rsidR="00C7651C" w:rsidRPr="002A3809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 xml:space="preserve"> </w:t>
      </w:r>
      <w:r w:rsidRPr="002A3809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3. členom pravilnika.</w:t>
      </w:r>
    </w:p>
    <w:p w14:paraId="00731886" w14:textId="7A1160D0" w:rsidR="00603164" w:rsidRDefault="00E714D9" w:rsidP="000C11A1">
      <w:pPr>
        <w:pStyle w:val="Naslov2"/>
        <w:spacing w:before="0" w:line="240" w:lineRule="auto"/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</w:pPr>
      <w:r w:rsidRPr="002A3809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Priloga 2:</w:t>
      </w:r>
      <w:r w:rsidR="000C11A1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 xml:space="preserve"> </w:t>
      </w:r>
      <w:r w:rsidR="00C00385" w:rsidRPr="00C00385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 xml:space="preserve">Opis metod izvedbe programa, iz katerega izhaja interaktivnost in vključevanje </w:t>
      </w:r>
      <w:r w:rsidR="00C00385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 xml:space="preserve">  </w:t>
      </w:r>
      <w:r w:rsidR="00C00385" w:rsidRPr="00C00385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praktičnih delavnic.</w:t>
      </w:r>
    </w:p>
    <w:p w14:paraId="2FC7FCCF" w14:textId="77777777" w:rsidR="00C00385" w:rsidRDefault="00E714D9" w:rsidP="000C11A1">
      <w:pPr>
        <w:pStyle w:val="Naslov2"/>
        <w:spacing w:before="0"/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</w:pPr>
      <w:r w:rsidRPr="002A3809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 xml:space="preserve">Priloga 3: Seznam predavateljev </w:t>
      </w:r>
      <w:r w:rsidR="00077D48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 xml:space="preserve">z </w:t>
      </w:r>
      <w:r w:rsidR="00077D48" w:rsidRPr="00113266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njihovimi</w:t>
      </w:r>
      <w:r w:rsidRPr="00113266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 xml:space="preserve"> </w:t>
      </w:r>
      <w:r w:rsidR="00113266" w:rsidRPr="00113266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življenjepisi</w:t>
      </w:r>
      <w:r w:rsidRPr="002A3809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 xml:space="preserve"> ter dokazili </w:t>
      </w:r>
      <w:r w:rsidR="00C00385" w:rsidRPr="00C00385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da imajo:</w:t>
      </w:r>
    </w:p>
    <w:p w14:paraId="392286F6" w14:textId="747E33CF" w:rsidR="00C00385" w:rsidRPr="00C00385" w:rsidRDefault="00C00385" w:rsidP="000C11A1">
      <w:pPr>
        <w:pStyle w:val="Naslov2"/>
        <w:numPr>
          <w:ilvl w:val="0"/>
          <w:numId w:val="18"/>
        </w:numPr>
        <w:spacing w:before="0"/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</w:pPr>
      <w:r w:rsidRPr="00C00385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najmanj pet let delovnih izkušenj na področju, ki ga predavajo,</w:t>
      </w:r>
    </w:p>
    <w:p w14:paraId="5A808121" w14:textId="02C9F53E" w:rsidR="00603164" w:rsidRPr="002A3809" w:rsidRDefault="00C00385" w:rsidP="000C11A1">
      <w:pPr>
        <w:pStyle w:val="Naslov2"/>
        <w:numPr>
          <w:ilvl w:val="0"/>
          <w:numId w:val="18"/>
        </w:numPr>
        <w:spacing w:before="0"/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</w:pPr>
      <w:r w:rsidRPr="00C00385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najmanj tri strokovne ali znanstvene objave s področja, ki ga predavajo.</w:t>
      </w:r>
    </w:p>
    <w:p w14:paraId="42C22053" w14:textId="6C9950D7" w:rsidR="00603164" w:rsidRPr="000C11A1" w:rsidRDefault="00E714D9" w:rsidP="002A3809">
      <w:pPr>
        <w:pStyle w:val="Naslov2"/>
        <w:spacing w:before="0"/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</w:pPr>
      <w:r w:rsidRPr="002A3809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 xml:space="preserve">Priloga </w:t>
      </w:r>
      <w:r w:rsidR="00C00385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4</w:t>
      </w:r>
      <w:r w:rsidRPr="002A3809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:</w:t>
      </w:r>
      <w:r w:rsidR="00C00385" w:rsidRPr="000C11A1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 xml:space="preserve"> </w:t>
      </w:r>
      <w:r w:rsidR="00C00385" w:rsidRPr="00C00385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Izjava organizacije, da bo program sproti posodabljala v skladu z novostmi na posameznih vsebinskih področjih.</w:t>
      </w:r>
      <w:r w:rsidRPr="002A3809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 xml:space="preserve"> </w:t>
      </w:r>
      <w:r w:rsidRPr="000C11A1">
        <w:rPr>
          <w:rFonts w:ascii="Arial" w:hAnsi="Arial" w:cs="Arial"/>
          <w:b w:val="0"/>
          <w:bCs w:val="0"/>
          <w:color w:val="auto"/>
          <w:sz w:val="20"/>
          <w:szCs w:val="20"/>
          <w:lang w:val="sl-SI"/>
        </w:rPr>
        <w:t>.</w:t>
      </w:r>
    </w:p>
    <w:p w14:paraId="4E0D406C" w14:textId="77777777" w:rsidR="002A3809" w:rsidRDefault="002A3809" w:rsidP="002A3809">
      <w:pPr>
        <w:rPr>
          <w:lang w:val="sl-SI"/>
        </w:rPr>
      </w:pPr>
    </w:p>
    <w:p w14:paraId="32E258B7" w14:textId="77777777" w:rsidR="000C11A1" w:rsidRPr="002A3809" w:rsidRDefault="000C11A1" w:rsidP="002A3809">
      <w:pPr>
        <w:rPr>
          <w:lang w:val="sl-SI"/>
        </w:rPr>
      </w:pPr>
    </w:p>
    <w:p w14:paraId="6D6D4ED7" w14:textId="77777777" w:rsidR="00603164" w:rsidRPr="002A3809" w:rsidRDefault="00E714D9" w:rsidP="002A3809">
      <w:pPr>
        <w:pStyle w:val="Naslov2"/>
        <w:spacing w:before="0"/>
        <w:rPr>
          <w:rFonts w:ascii="Arial" w:hAnsi="Arial" w:cs="Arial"/>
          <w:color w:val="auto"/>
          <w:sz w:val="20"/>
          <w:szCs w:val="20"/>
          <w:lang w:val="sl-SI"/>
        </w:rPr>
      </w:pPr>
      <w:r w:rsidRPr="002A3809">
        <w:rPr>
          <w:rFonts w:ascii="Arial" w:hAnsi="Arial" w:cs="Arial"/>
          <w:color w:val="auto"/>
          <w:sz w:val="20"/>
          <w:szCs w:val="20"/>
          <w:lang w:val="sl-SI"/>
        </w:rPr>
        <w:t>Datum:</w:t>
      </w:r>
    </w:p>
    <w:p w14:paraId="1576859E" w14:textId="77777777" w:rsidR="00603164" w:rsidRPr="002A3809" w:rsidRDefault="00E714D9" w:rsidP="002A3809">
      <w:pPr>
        <w:pStyle w:val="Naslov2"/>
        <w:spacing w:before="0"/>
        <w:rPr>
          <w:rFonts w:ascii="Arial" w:hAnsi="Arial" w:cs="Arial"/>
          <w:color w:val="auto"/>
          <w:sz w:val="20"/>
          <w:szCs w:val="20"/>
          <w:lang w:val="sl-SI"/>
        </w:rPr>
      </w:pPr>
      <w:r w:rsidRPr="002A3809">
        <w:rPr>
          <w:rFonts w:ascii="Arial" w:hAnsi="Arial" w:cs="Arial"/>
          <w:color w:val="auto"/>
          <w:sz w:val="20"/>
          <w:szCs w:val="20"/>
          <w:lang w:val="sl-SI"/>
        </w:rPr>
        <w:t>Podpis odgovorne osebe:</w:t>
      </w:r>
    </w:p>
    <w:sectPr w:rsidR="00603164" w:rsidRPr="002A3809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Otevilense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Otevilense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Oznaenseznam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Oznaenseznam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Otevilense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Oznaensezna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66747AE"/>
    <w:multiLevelType w:val="hybridMultilevel"/>
    <w:tmpl w:val="815E76F2"/>
    <w:lvl w:ilvl="0" w:tplc="5BC04DBC">
      <w:numFmt w:val="bullet"/>
      <w:lvlText w:val="-"/>
      <w:lvlJc w:val="left"/>
      <w:pPr>
        <w:ind w:left="1080" w:hanging="360"/>
      </w:pPr>
      <w:rPr>
        <w:rFonts w:ascii="Arial" w:eastAsiaTheme="majorEastAsi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07027D27"/>
    <w:multiLevelType w:val="hybridMultilevel"/>
    <w:tmpl w:val="038C8B8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AA31D5"/>
    <w:multiLevelType w:val="hybridMultilevel"/>
    <w:tmpl w:val="F4748F2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E11489"/>
    <w:multiLevelType w:val="hybridMultilevel"/>
    <w:tmpl w:val="AFF6EBD0"/>
    <w:lvl w:ilvl="0" w:tplc="6DF00C50">
      <w:start w:val="1000"/>
      <w:numFmt w:val="decimal"/>
      <w:lvlText w:val="%1"/>
      <w:lvlJc w:val="left"/>
      <w:pPr>
        <w:ind w:left="780" w:hanging="4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645669"/>
    <w:multiLevelType w:val="hybridMultilevel"/>
    <w:tmpl w:val="BC70CC4E"/>
    <w:lvl w:ilvl="0" w:tplc="8D56912C">
      <w:start w:val="1000"/>
      <w:numFmt w:val="decimal"/>
      <w:lvlText w:val="%1"/>
      <w:lvlJc w:val="left"/>
      <w:pPr>
        <w:ind w:left="780" w:hanging="4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8E1D5F"/>
    <w:multiLevelType w:val="hybridMultilevel"/>
    <w:tmpl w:val="C00E8C6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006B56"/>
    <w:multiLevelType w:val="hybridMultilevel"/>
    <w:tmpl w:val="7DA81E74"/>
    <w:lvl w:ilvl="0" w:tplc="E004955C">
      <w:numFmt w:val="bullet"/>
      <w:lvlText w:val="-"/>
      <w:lvlJc w:val="left"/>
      <w:pPr>
        <w:ind w:left="720" w:hanging="360"/>
      </w:pPr>
      <w:rPr>
        <w:rFonts w:ascii="Arial" w:eastAsiaTheme="majorEastAsi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697220"/>
    <w:multiLevelType w:val="hybridMultilevel"/>
    <w:tmpl w:val="D7AA558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C9249B"/>
    <w:multiLevelType w:val="hybridMultilevel"/>
    <w:tmpl w:val="FECCA2F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16472202">
    <w:abstractNumId w:val="8"/>
  </w:num>
  <w:num w:numId="2" w16cid:durableId="320163121">
    <w:abstractNumId w:val="6"/>
  </w:num>
  <w:num w:numId="3" w16cid:durableId="1705713502">
    <w:abstractNumId w:val="5"/>
  </w:num>
  <w:num w:numId="4" w16cid:durableId="345864997">
    <w:abstractNumId w:val="4"/>
  </w:num>
  <w:num w:numId="5" w16cid:durableId="874733149">
    <w:abstractNumId w:val="7"/>
  </w:num>
  <w:num w:numId="6" w16cid:durableId="1349484343">
    <w:abstractNumId w:val="3"/>
  </w:num>
  <w:num w:numId="7" w16cid:durableId="938609031">
    <w:abstractNumId w:val="2"/>
  </w:num>
  <w:num w:numId="8" w16cid:durableId="85394036">
    <w:abstractNumId w:val="1"/>
  </w:num>
  <w:num w:numId="9" w16cid:durableId="254944187">
    <w:abstractNumId w:val="0"/>
  </w:num>
  <w:num w:numId="10" w16cid:durableId="767041895">
    <w:abstractNumId w:val="11"/>
  </w:num>
  <w:num w:numId="11" w16cid:durableId="132719441">
    <w:abstractNumId w:val="10"/>
  </w:num>
  <w:num w:numId="12" w16cid:durableId="20328819">
    <w:abstractNumId w:val="13"/>
  </w:num>
  <w:num w:numId="13" w16cid:durableId="1136993527">
    <w:abstractNumId w:val="14"/>
  </w:num>
  <w:num w:numId="14" w16cid:durableId="1688020126">
    <w:abstractNumId w:val="17"/>
  </w:num>
  <w:num w:numId="15" w16cid:durableId="416250664">
    <w:abstractNumId w:val="12"/>
  </w:num>
  <w:num w:numId="16" w16cid:durableId="913583066">
    <w:abstractNumId w:val="16"/>
  </w:num>
  <w:num w:numId="17" w16cid:durableId="996953742">
    <w:abstractNumId w:val="15"/>
  </w:num>
  <w:num w:numId="18" w16cid:durableId="109080747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077D48"/>
    <w:rsid w:val="000C11A1"/>
    <w:rsid w:val="00113266"/>
    <w:rsid w:val="0015074B"/>
    <w:rsid w:val="0029639D"/>
    <w:rsid w:val="002A3809"/>
    <w:rsid w:val="00326F90"/>
    <w:rsid w:val="00406217"/>
    <w:rsid w:val="00524996"/>
    <w:rsid w:val="00603164"/>
    <w:rsid w:val="00613F58"/>
    <w:rsid w:val="007609AF"/>
    <w:rsid w:val="00935B7A"/>
    <w:rsid w:val="00A33A17"/>
    <w:rsid w:val="00AA1D8D"/>
    <w:rsid w:val="00AA25DB"/>
    <w:rsid w:val="00B47730"/>
    <w:rsid w:val="00B71160"/>
    <w:rsid w:val="00C00385"/>
    <w:rsid w:val="00C11879"/>
    <w:rsid w:val="00C304CB"/>
    <w:rsid w:val="00C7651C"/>
    <w:rsid w:val="00C91F15"/>
    <w:rsid w:val="00CB0664"/>
    <w:rsid w:val="00D46BFB"/>
    <w:rsid w:val="00E662D3"/>
    <w:rsid w:val="00E714D9"/>
    <w:rsid w:val="00F35151"/>
    <w:rsid w:val="00FC49B9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94E51CA"/>
  <w15:docId w15:val="{7B2641A1-1B1C-4F2E-8353-3A11FA75F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C693F"/>
  </w:style>
  <w:style w:type="paragraph" w:styleId="Naslov1">
    <w:name w:val="heading 1"/>
    <w:basedOn w:val="Navaden"/>
    <w:next w:val="Navaden"/>
    <w:link w:val="Naslov1Znak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618BF"/>
  </w:style>
  <w:style w:type="paragraph" w:styleId="Noga">
    <w:name w:val="footer"/>
    <w:basedOn w:val="Navaden"/>
    <w:link w:val="Noga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618BF"/>
  </w:style>
  <w:style w:type="paragraph" w:styleId="Brezrazmikov">
    <w:name w:val="No Spacing"/>
    <w:uiPriority w:val="1"/>
    <w:qFormat/>
    <w:rsid w:val="00FC693F"/>
    <w:pPr>
      <w:spacing w:after="0" w:line="240" w:lineRule="auto"/>
    </w:pPr>
  </w:style>
  <w:style w:type="character" w:customStyle="1" w:styleId="Naslov1Znak">
    <w:name w:val="Naslov 1 Znak"/>
    <w:basedOn w:val="Privzetapisavaodstavka"/>
    <w:link w:val="Naslov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Znak">
    <w:name w:val="Naslov 2 Znak"/>
    <w:basedOn w:val="Privzetapisavaodstavka"/>
    <w:link w:val="Naslov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">
    <w:name w:val="Title"/>
    <w:basedOn w:val="Navaden"/>
    <w:next w:val="Navaden"/>
    <w:link w:val="NaslovZnak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slovZnak">
    <w:name w:val="Naslov Znak"/>
    <w:basedOn w:val="Privzetapisavaodstavka"/>
    <w:link w:val="Nasl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tavekseznama">
    <w:name w:val="List Paragraph"/>
    <w:basedOn w:val="Navaden"/>
    <w:uiPriority w:val="34"/>
    <w:qFormat/>
    <w:rsid w:val="00FC693F"/>
    <w:pPr>
      <w:ind w:left="720"/>
      <w:contextualSpacing/>
    </w:pPr>
  </w:style>
  <w:style w:type="paragraph" w:styleId="Telobesedila">
    <w:name w:val="Body Text"/>
    <w:basedOn w:val="Navaden"/>
    <w:link w:val="TelobesedilaZnak"/>
    <w:uiPriority w:val="99"/>
    <w:unhideWhenUsed/>
    <w:rsid w:val="00AA1D8D"/>
    <w:pPr>
      <w:spacing w:after="120"/>
    </w:pPr>
  </w:style>
  <w:style w:type="character" w:customStyle="1" w:styleId="TelobesedilaZnak">
    <w:name w:val="Telo besedila Znak"/>
    <w:basedOn w:val="Privzetapisavaodstavka"/>
    <w:link w:val="Telobesedila"/>
    <w:uiPriority w:val="99"/>
    <w:rsid w:val="00AA1D8D"/>
  </w:style>
  <w:style w:type="paragraph" w:styleId="Telobesedila2">
    <w:name w:val="Body Text 2"/>
    <w:basedOn w:val="Navaden"/>
    <w:link w:val="Telobesedila2Znak"/>
    <w:uiPriority w:val="99"/>
    <w:unhideWhenUsed/>
    <w:rsid w:val="00AA1D8D"/>
    <w:pPr>
      <w:spacing w:after="120" w:line="480" w:lineRule="auto"/>
    </w:pPr>
  </w:style>
  <w:style w:type="character" w:customStyle="1" w:styleId="Telobesedila2Znak">
    <w:name w:val="Telo besedila 2 Znak"/>
    <w:basedOn w:val="Privzetapisavaodstavka"/>
    <w:link w:val="Telobesedila2"/>
    <w:uiPriority w:val="99"/>
    <w:rsid w:val="00AA1D8D"/>
  </w:style>
  <w:style w:type="paragraph" w:styleId="Telobesedila3">
    <w:name w:val="Body Text 3"/>
    <w:basedOn w:val="Navaden"/>
    <w:link w:val="Telobesedila3Znak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lobesedila3Znak">
    <w:name w:val="Telo besedila 3 Znak"/>
    <w:basedOn w:val="Privzetapisavaodstavka"/>
    <w:link w:val="Telobesedila3"/>
    <w:uiPriority w:val="99"/>
    <w:rsid w:val="00AA1D8D"/>
    <w:rPr>
      <w:sz w:val="16"/>
      <w:szCs w:val="16"/>
    </w:rPr>
  </w:style>
  <w:style w:type="paragraph" w:styleId="Seznam">
    <w:name w:val="List"/>
    <w:basedOn w:val="Navaden"/>
    <w:uiPriority w:val="99"/>
    <w:unhideWhenUsed/>
    <w:rsid w:val="00AA1D8D"/>
    <w:pPr>
      <w:ind w:left="360" w:hanging="360"/>
      <w:contextualSpacing/>
    </w:pPr>
  </w:style>
  <w:style w:type="paragraph" w:styleId="Seznam2">
    <w:name w:val="List 2"/>
    <w:basedOn w:val="Navaden"/>
    <w:uiPriority w:val="99"/>
    <w:unhideWhenUsed/>
    <w:rsid w:val="00326F90"/>
    <w:pPr>
      <w:ind w:left="720" w:hanging="360"/>
      <w:contextualSpacing/>
    </w:pPr>
  </w:style>
  <w:style w:type="paragraph" w:styleId="Seznam3">
    <w:name w:val="List 3"/>
    <w:basedOn w:val="Navaden"/>
    <w:uiPriority w:val="99"/>
    <w:unhideWhenUsed/>
    <w:rsid w:val="00326F90"/>
    <w:pPr>
      <w:ind w:left="1080" w:hanging="360"/>
      <w:contextualSpacing/>
    </w:pPr>
  </w:style>
  <w:style w:type="paragraph" w:styleId="Oznaenseznam">
    <w:name w:val="List Bullet"/>
    <w:basedOn w:val="Navaden"/>
    <w:uiPriority w:val="99"/>
    <w:unhideWhenUsed/>
    <w:rsid w:val="00326F90"/>
    <w:pPr>
      <w:numPr>
        <w:numId w:val="1"/>
      </w:numPr>
      <w:contextualSpacing/>
    </w:pPr>
  </w:style>
  <w:style w:type="paragraph" w:styleId="Oznaenseznam2">
    <w:name w:val="List Bullet 2"/>
    <w:basedOn w:val="Navaden"/>
    <w:uiPriority w:val="99"/>
    <w:unhideWhenUsed/>
    <w:rsid w:val="00326F90"/>
    <w:pPr>
      <w:numPr>
        <w:numId w:val="2"/>
      </w:numPr>
      <w:contextualSpacing/>
    </w:pPr>
  </w:style>
  <w:style w:type="paragraph" w:styleId="Oznaenseznam3">
    <w:name w:val="List Bullet 3"/>
    <w:basedOn w:val="Navaden"/>
    <w:uiPriority w:val="99"/>
    <w:unhideWhenUsed/>
    <w:rsid w:val="00326F90"/>
    <w:pPr>
      <w:numPr>
        <w:numId w:val="3"/>
      </w:numPr>
      <w:contextualSpacing/>
    </w:pPr>
  </w:style>
  <w:style w:type="paragraph" w:styleId="Otevilenseznam">
    <w:name w:val="List Number"/>
    <w:basedOn w:val="Navaden"/>
    <w:uiPriority w:val="99"/>
    <w:unhideWhenUsed/>
    <w:rsid w:val="00326F90"/>
    <w:pPr>
      <w:numPr>
        <w:numId w:val="5"/>
      </w:numPr>
      <w:contextualSpacing/>
    </w:pPr>
  </w:style>
  <w:style w:type="paragraph" w:styleId="Otevilenseznam2">
    <w:name w:val="List Number 2"/>
    <w:basedOn w:val="Navaden"/>
    <w:uiPriority w:val="99"/>
    <w:unhideWhenUsed/>
    <w:rsid w:val="0029639D"/>
    <w:pPr>
      <w:numPr>
        <w:numId w:val="6"/>
      </w:numPr>
      <w:contextualSpacing/>
    </w:pPr>
  </w:style>
  <w:style w:type="paragraph" w:styleId="Otevilenseznam3">
    <w:name w:val="List Number 3"/>
    <w:basedOn w:val="Navaden"/>
    <w:uiPriority w:val="99"/>
    <w:unhideWhenUsed/>
    <w:rsid w:val="0029639D"/>
    <w:pPr>
      <w:numPr>
        <w:numId w:val="7"/>
      </w:numPr>
      <w:contextualSpacing/>
    </w:pPr>
  </w:style>
  <w:style w:type="paragraph" w:styleId="Seznam-nadaljevanje">
    <w:name w:val="List Continue"/>
    <w:basedOn w:val="Navaden"/>
    <w:uiPriority w:val="99"/>
    <w:unhideWhenUsed/>
    <w:rsid w:val="0029639D"/>
    <w:pPr>
      <w:spacing w:after="120"/>
      <w:ind w:left="360"/>
      <w:contextualSpacing/>
    </w:pPr>
  </w:style>
  <w:style w:type="paragraph" w:styleId="Seznam-nadaljevanje2">
    <w:name w:val="List Continue 2"/>
    <w:basedOn w:val="Navaden"/>
    <w:uiPriority w:val="99"/>
    <w:unhideWhenUsed/>
    <w:rsid w:val="0029639D"/>
    <w:pPr>
      <w:spacing w:after="120"/>
      <w:ind w:left="720"/>
      <w:contextualSpacing/>
    </w:pPr>
  </w:style>
  <w:style w:type="paragraph" w:styleId="Seznam-nadaljevanje3">
    <w:name w:val="List Continue 3"/>
    <w:basedOn w:val="Navaden"/>
    <w:uiPriority w:val="99"/>
    <w:unhideWhenUsed/>
    <w:rsid w:val="0029639D"/>
    <w:pPr>
      <w:spacing w:after="120"/>
      <w:ind w:left="1080"/>
      <w:contextualSpacing/>
    </w:pPr>
  </w:style>
  <w:style w:type="paragraph" w:styleId="Makrobesedilo">
    <w:name w:val="macro"/>
    <w:link w:val="MakrobesediloZnak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krobesediloZnak">
    <w:name w:val="Makro besedilo Znak"/>
    <w:basedOn w:val="Privzetapisavaodstavka"/>
    <w:link w:val="Makrobesedilo"/>
    <w:uiPriority w:val="99"/>
    <w:rsid w:val="0029639D"/>
    <w:rPr>
      <w:rFonts w:ascii="Courier" w:hAnsi="Courier"/>
      <w:sz w:val="20"/>
      <w:szCs w:val="20"/>
    </w:rPr>
  </w:style>
  <w:style w:type="paragraph" w:styleId="Citat">
    <w:name w:val="Quote"/>
    <w:basedOn w:val="Navaden"/>
    <w:next w:val="Navaden"/>
    <w:link w:val="CitatZnak"/>
    <w:uiPriority w:val="29"/>
    <w:qFormat/>
    <w:rsid w:val="00FC693F"/>
    <w:rPr>
      <w:i/>
      <w:iCs/>
      <w:color w:val="000000" w:themeColor="text1"/>
    </w:rPr>
  </w:style>
  <w:style w:type="character" w:customStyle="1" w:styleId="CitatZnak">
    <w:name w:val="Citat Znak"/>
    <w:basedOn w:val="Privzetapisavaodstavka"/>
    <w:link w:val="Citat"/>
    <w:uiPriority w:val="29"/>
    <w:rsid w:val="00FC693F"/>
    <w:rPr>
      <w:i/>
      <w:iCs/>
      <w:color w:val="000000" w:themeColor="text1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Napis">
    <w:name w:val="caption"/>
    <w:basedOn w:val="Navaden"/>
    <w:next w:val="Navaden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Krepko">
    <w:name w:val="Strong"/>
    <w:basedOn w:val="Privzetapisavaodstavka"/>
    <w:uiPriority w:val="22"/>
    <w:qFormat/>
    <w:rsid w:val="00FC693F"/>
    <w:rPr>
      <w:b/>
      <w:bCs/>
    </w:rPr>
  </w:style>
  <w:style w:type="character" w:styleId="Poudarek">
    <w:name w:val="Emphasis"/>
    <w:basedOn w:val="Privzetapisavaodstavka"/>
    <w:uiPriority w:val="20"/>
    <w:qFormat/>
    <w:rsid w:val="00FC693F"/>
    <w:rPr>
      <w:i/>
      <w:iCs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FC693F"/>
    <w:rPr>
      <w:b/>
      <w:bCs/>
      <w:i/>
      <w:iCs/>
      <w:color w:val="4F81BD" w:themeColor="accent1"/>
    </w:rPr>
  </w:style>
  <w:style w:type="character" w:styleId="Neenpoudarek">
    <w:name w:val="Subtle Emphasis"/>
    <w:basedOn w:val="Privzetapisavaodstavka"/>
    <w:uiPriority w:val="19"/>
    <w:qFormat/>
    <w:rsid w:val="00FC693F"/>
    <w:rPr>
      <w:i/>
      <w:iCs/>
      <w:color w:val="808080" w:themeColor="text1" w:themeTint="7F"/>
    </w:rPr>
  </w:style>
  <w:style w:type="character" w:styleId="Intenzivenpoudarek">
    <w:name w:val="Intense Emphasis"/>
    <w:basedOn w:val="Privzetapisavaodstavka"/>
    <w:uiPriority w:val="21"/>
    <w:qFormat/>
    <w:rsid w:val="00FC693F"/>
    <w:rPr>
      <w:b/>
      <w:bCs/>
      <w:i/>
      <w:iCs/>
      <w:color w:val="4F81BD" w:themeColor="accent1"/>
    </w:rPr>
  </w:style>
  <w:style w:type="character" w:styleId="Neensklic">
    <w:name w:val="Subtle Reference"/>
    <w:basedOn w:val="Privzetapisavaodstavka"/>
    <w:uiPriority w:val="31"/>
    <w:qFormat/>
    <w:rsid w:val="00FC693F"/>
    <w:rPr>
      <w:smallCaps/>
      <w:color w:val="C0504D" w:themeColor="accent2"/>
      <w:u w:val="single"/>
    </w:rPr>
  </w:style>
  <w:style w:type="character" w:styleId="Intenzivensklic">
    <w:name w:val="Intense Reference"/>
    <w:basedOn w:val="Privzetapisavaodstavka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aslovknjige">
    <w:name w:val="Book Title"/>
    <w:basedOn w:val="Privzetapisavaodstavka"/>
    <w:uiPriority w:val="33"/>
    <w:qFormat/>
    <w:rsid w:val="00FC693F"/>
    <w:rPr>
      <w:b/>
      <w:bCs/>
      <w:smallCaps/>
      <w:spacing w:val="5"/>
    </w:r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FC693F"/>
    <w:pPr>
      <w:outlineLvl w:val="9"/>
    </w:pPr>
  </w:style>
  <w:style w:type="table" w:styleId="Tabelamrea">
    <w:name w:val="Table Grid"/>
    <w:basedOn w:val="Navadnatabel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osenenje">
    <w:name w:val="Light Shading"/>
    <w:basedOn w:val="Navadnatabel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osenenjepoudarek1">
    <w:name w:val="Light Shading Accent 1"/>
    <w:basedOn w:val="Navadnatabel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osenenjepoudarek2">
    <w:name w:val="Light Shading Accent 2"/>
    <w:basedOn w:val="Navadnatabel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osenenjepoudarek3">
    <w:name w:val="Light Shading Accent 3"/>
    <w:basedOn w:val="Navadnatabel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osenenjepoudarek4">
    <w:name w:val="Light Shading Accent 4"/>
    <w:basedOn w:val="Navadnatabel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osenenjepoudarek5">
    <w:name w:val="Light Shading Accent 5"/>
    <w:basedOn w:val="Navadnatabel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osenenjepoudarek6">
    <w:name w:val="Light Shading Accent 6"/>
    <w:basedOn w:val="Navadnatabel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elseznam">
    <w:name w:val="Light List"/>
    <w:basedOn w:val="Navadnatabel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elseznampoudarek1">
    <w:name w:val="Light List Accent 1"/>
    <w:basedOn w:val="Navadnatabel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elseznampoudarek2">
    <w:name w:val="Light List Accent 2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elseznampoudarek3">
    <w:name w:val="Light List Accent 3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elseznampoudarek4">
    <w:name w:val="Light List Accent 4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elseznampoudarek5">
    <w:name w:val="Light List Accent 5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elseznampoudarek6">
    <w:name w:val="Light List Accent 6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amrea">
    <w:name w:val="Light Grid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amreapoudarek1">
    <w:name w:val="Light Grid Accent 1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amreapoudarek2">
    <w:name w:val="Light Grid Accent 2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amreapoudarek3">
    <w:name w:val="Light Grid Accent 3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amreapoudarek4">
    <w:name w:val="Light Grid Accent 4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amreapoudarek5">
    <w:name w:val="Light Grid Accent 5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amreapoudarek6">
    <w:name w:val="Light Grid Accent 6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rednjesenenje1">
    <w:name w:val="Medium Shading 1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1">
    <w:name w:val="Medium Shading 1 Accent 1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2">
    <w:name w:val="Medium Shading 1 Accent 2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3">
    <w:name w:val="Medium Shading 1 Accent 3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4">
    <w:name w:val="Medium Shading 1 Accent 4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5">
    <w:name w:val="Medium Shading 1 Accent 5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6">
    <w:name w:val="Medium Shading 1 Accent 6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2">
    <w:name w:val="Medium Shading 2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1">
    <w:name w:val="Medium Shading 2 Accent 1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2">
    <w:name w:val="Medium Shading 2 Accent 2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3">
    <w:name w:val="Medium Shading 2 Accent 3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4">
    <w:name w:val="Medium Shading 2 Accent 4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5">
    <w:name w:val="Medium Shading 2 Accent 5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6">
    <w:name w:val="Medium Shading 2 Accent 6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iseznam1">
    <w:name w:val="Medium List 1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rednjiseznam1poudarek1">
    <w:name w:val="Medium List 1 Accent 1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rednjiseznam1poudarek2">
    <w:name w:val="Medium List 1 Accent 2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rednjiseznam1poudarek3">
    <w:name w:val="Medium List 1 Accent 3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rednjiseznam1poudarek4">
    <w:name w:val="Medium List 1 Accent 4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rednjiseznam1poudarek5">
    <w:name w:val="Medium List 1 Accent 5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rednjiseznam1poudarek6">
    <w:name w:val="Medium List 1 Accent 6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rednjiseznam2">
    <w:name w:val="Medium List 2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1">
    <w:name w:val="Medium List 2 Accent 1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2">
    <w:name w:val="Medium List 2 Accent 2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3">
    <w:name w:val="Medium List 2 Accent 3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4">
    <w:name w:val="Medium List 2 Accent 4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5">
    <w:name w:val="Medium List 2 Accent 5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6">
    <w:name w:val="Medium List 2 Accent 6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amrea1">
    <w:name w:val="Medium Grid 1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rednjamrea1poudarek1">
    <w:name w:val="Medium Grid 1 Accent 1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rednjamrea1poudarek2">
    <w:name w:val="Medium Grid 1 Accent 2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rednjamrea1poudarek3">
    <w:name w:val="Medium Grid 1 Accent 3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rednjamrea1poudarek4">
    <w:name w:val="Medium Grid 1 Accent 4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rednjamrea1poudarek5">
    <w:name w:val="Medium Grid 1 Accent 5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rednjamrea1poudarek6">
    <w:name w:val="Medium Grid 1 Accent 6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rednjamrea2">
    <w:name w:val="Medium Grid 2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1">
    <w:name w:val="Medium Grid 2 Accent 1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2">
    <w:name w:val="Medium Grid 2 Accent 2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3">
    <w:name w:val="Medium Grid 2 Accent 3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4">
    <w:name w:val="Medium Grid 2 Accent 4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5">
    <w:name w:val="Medium Grid 2 Accent 5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6">
    <w:name w:val="Medium Grid 2 Accent 6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3">
    <w:name w:val="Medium Grid 3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rednjamrea3poudarek1">
    <w:name w:val="Medium Grid 3 Accent 1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rednjamrea3poudarek2">
    <w:name w:val="Medium Grid 3 Accent 2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rednjamrea3poudarek3">
    <w:name w:val="Medium Grid 3 Accent 3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rednjamrea3poudarek4">
    <w:name w:val="Medium Grid 3 Accent 4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rednjamrea3poudarek5">
    <w:name w:val="Medium Grid 3 Accent 5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rednjamrea3poudarek6">
    <w:name w:val="Medium Grid 3 Accent 6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emenseznam">
    <w:name w:val="Dark List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emenseznampoudarek1">
    <w:name w:val="Dark List Accent 1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emenseznampoudarek2">
    <w:name w:val="Dark List Accent 2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emenseznampoudarek3">
    <w:name w:val="Dark List Accent 3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emenseznampoudarek4">
    <w:name w:val="Dark List Accent 4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emenseznampoudarek5">
    <w:name w:val="Dark List Accent 5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emenseznampoudarek6">
    <w:name w:val="Dark List Accent 6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Barvnosenenje">
    <w:name w:val="Colorful Shading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1">
    <w:name w:val="Colorful Shading Accent 1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2">
    <w:name w:val="Colorful Shading Accent 2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3">
    <w:name w:val="Colorful Shading Accent 3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Barvnosenenjepoudarek4">
    <w:name w:val="Colorful Shading Accent 4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5">
    <w:name w:val="Colorful Shading Accent 5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6">
    <w:name w:val="Colorful Shading Accent 6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iseznam">
    <w:name w:val="Colorful List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Barvniseznampoudarek1">
    <w:name w:val="Colorful List Accent 1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Barvniseznampoudarek2">
    <w:name w:val="Colorful List Accent 2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Barvenseznampoudarek3">
    <w:name w:val="Colorful List Accent 3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Barvniseznampoudarek4">
    <w:name w:val="Colorful List Accent 4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Barvniseznampoudarek5">
    <w:name w:val="Colorful List Accent 5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Barvniseznampoudarek6">
    <w:name w:val="Colorful List Accent 6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Barvnamrea">
    <w:name w:val="Colorful Grid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Barvnamreapoudarek1">
    <w:name w:val="Colorful Grid Accent 1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Barvnamreapoudarek2">
    <w:name w:val="Colorful Grid Accent 2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Barvnamreapoudarek3">
    <w:name w:val="Colorful Grid Accent 3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Barvnamreapoudarek4">
    <w:name w:val="Colorful Grid Accent 4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Barvnamreapoudarek5">
    <w:name w:val="Colorful Grid Accent 5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Barvnamreapoudarek6">
    <w:name w:val="Colorful Grid Accent 6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77D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77D48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077D4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77D4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77D4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77D4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77D48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11326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8092FF5-968C-4E95-AB69-02246C9DA5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1085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Tomaž Bregar Horvat</cp:lastModifiedBy>
  <cp:revision>2</cp:revision>
  <dcterms:created xsi:type="dcterms:W3CDTF">2026-04-24T09:38:00Z</dcterms:created>
  <dcterms:modified xsi:type="dcterms:W3CDTF">2026-04-24T09:38:00Z</dcterms:modified>
  <cp:category/>
</cp:coreProperties>
</file>