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245D" w14:textId="43EC8785" w:rsidR="000D3BA8" w:rsidRDefault="00096564" w:rsidP="00965A86">
      <w:pPr>
        <w:pStyle w:val="Naslov1"/>
        <w:spacing w:before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Priloga 3: </w:t>
      </w:r>
      <w:r w:rsidR="003F3C8D"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Potrdilo o opravljenem usposabljanju </w:t>
      </w:r>
      <w:bookmarkStart w:id="0" w:name="_Hlk204249121"/>
      <w:r w:rsidR="003F3C8D"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>s področja managementa v zdravstvu</w:t>
      </w:r>
    </w:p>
    <w:p w14:paraId="54FAF206" w14:textId="77777777" w:rsidR="00965A86" w:rsidRPr="00965A86" w:rsidRDefault="00965A86" w:rsidP="00965A86">
      <w:pPr>
        <w:rPr>
          <w:lang w:val="sl-SI"/>
        </w:rPr>
      </w:pPr>
    </w:p>
    <w:bookmarkEnd w:id="0"/>
    <w:p w14:paraId="0D87D9F5" w14:textId="77777777" w:rsidR="000D3BA8" w:rsidRPr="00965A86" w:rsidRDefault="000D3BA8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2FC13B23" w14:textId="7827EC5C" w:rsidR="000D3BA8" w:rsidRPr="00965A86" w:rsidRDefault="003F3C8D" w:rsidP="00965A86">
      <w:pPr>
        <w:pStyle w:val="Naslov1"/>
        <w:spacing w:before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Potrjujemo, da je </w:t>
      </w:r>
      <w:r w:rsidRPr="00965A86">
        <w:rPr>
          <w:rFonts w:ascii="Arial" w:eastAsiaTheme="minorEastAsia" w:hAnsi="Arial" w:cs="Arial"/>
          <w:b w:val="0"/>
          <w:bCs w:val="0"/>
          <w:i/>
          <w:iCs/>
          <w:color w:val="000000" w:themeColor="text1"/>
          <w:sz w:val="20"/>
          <w:szCs w:val="20"/>
          <w:lang w:val="sl-SI"/>
        </w:rPr>
        <w:t>[ime in priimek udeleženca]</w:t>
      </w:r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 </w:t>
      </w:r>
      <w:r w:rsidR="00F645DB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>opravil</w:t>
      </w:r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/-a </w:t>
      </w:r>
      <w:r w:rsidRPr="00965A86">
        <w:rPr>
          <w:rFonts w:ascii="Arial" w:eastAsiaTheme="minorEastAsia" w:hAnsi="Arial" w:cs="Arial"/>
          <w:color w:val="000000" w:themeColor="text1"/>
          <w:sz w:val="20"/>
          <w:szCs w:val="20"/>
          <w:lang w:val="sl-SI"/>
        </w:rPr>
        <w:t>program usposabljanja</w:t>
      </w:r>
      <w:r w:rsidR="00965A86">
        <w:rPr>
          <w:rFonts w:ascii="Arial" w:eastAsiaTheme="minorEastAsia" w:hAnsi="Arial" w:cs="Arial"/>
          <w:color w:val="000000" w:themeColor="text1"/>
          <w:sz w:val="20"/>
          <w:szCs w:val="20"/>
          <w:lang w:val="sl-SI"/>
        </w:rPr>
        <w:t xml:space="preserve"> s področja managementa v zdravstvu</w:t>
      </w:r>
      <w:r w:rsidRPr="00965A86">
        <w:rPr>
          <w:rFonts w:ascii="Arial" w:eastAsiaTheme="minorEastAsia" w:hAnsi="Arial" w:cs="Arial"/>
          <w:color w:val="000000" w:themeColor="text1"/>
          <w:sz w:val="20"/>
          <w:szCs w:val="20"/>
          <w:lang w:val="sl-SI"/>
        </w:rPr>
        <w:t xml:space="preserve"> za direktorje in strokovne direktorje</w:t>
      </w:r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 javnih zdravstvenih </w:t>
      </w:r>
      <w:bookmarkStart w:id="1" w:name="_Hlk204249527"/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zavodov  s področja managementa v zdravstvu, </w:t>
      </w:r>
      <w:r w:rsidR="00DD49B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>v skladu</w:t>
      </w:r>
      <w:r w:rsidR="00DD49B6"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 </w:t>
      </w:r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>z določili Pravilnika o postopku potrjevanja ustreznosti programa usposabljanja za management v zdravstvu</w:t>
      </w:r>
      <w:r w:rsidR="00DD49B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 (Uradni list RS, št. …)</w:t>
      </w:r>
      <w:r w:rsid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, v skupnem trajanju </w:t>
      </w:r>
      <w:r w:rsidR="00C535B4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 xml:space="preserve">60 </w:t>
      </w:r>
      <w:r w:rsid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>pedagoških ur</w:t>
      </w:r>
      <w:r w:rsidRPr="00965A86">
        <w:rPr>
          <w:rFonts w:ascii="Arial" w:eastAsiaTheme="minorEastAsia" w:hAnsi="Arial" w:cs="Arial"/>
          <w:b w:val="0"/>
          <w:bCs w:val="0"/>
          <w:color w:val="000000" w:themeColor="text1"/>
          <w:sz w:val="20"/>
          <w:szCs w:val="20"/>
          <w:lang w:val="sl-SI"/>
        </w:rPr>
        <w:t>.</w:t>
      </w:r>
    </w:p>
    <w:bookmarkEnd w:id="1"/>
    <w:p w14:paraId="23066ADC" w14:textId="77777777" w:rsidR="000D3BA8" w:rsidRDefault="000D3BA8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0618C9AA" w14:textId="77777777" w:rsidR="00965A86" w:rsidRPr="00965A86" w:rsidRDefault="00965A86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24E6E515" w14:textId="22880239" w:rsidR="00096564" w:rsidRDefault="00096564" w:rsidP="00965A8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965A86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a</w:t>
      </w:r>
      <w:r w:rsidR="003F3C8D" w:rsidRPr="00965A86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li</w:t>
      </w:r>
    </w:p>
    <w:p w14:paraId="20E64AD9" w14:textId="77777777" w:rsidR="00965A86" w:rsidRDefault="00965A86" w:rsidP="00965A8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</w:p>
    <w:p w14:paraId="2E34BE79" w14:textId="77777777" w:rsidR="00965A86" w:rsidRPr="00965A86" w:rsidRDefault="00965A86" w:rsidP="00965A8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</w:p>
    <w:p w14:paraId="63C7F7EE" w14:textId="4EFB7F2D" w:rsidR="003F3C8D" w:rsidRPr="00965A86" w:rsidRDefault="003F3C8D" w:rsidP="00965A86">
      <w:pPr>
        <w:spacing w:after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</w:pPr>
      <w:r w:rsidRPr="00965A86">
        <w:rPr>
          <w:rFonts w:ascii="Arial" w:hAnsi="Arial" w:cs="Arial"/>
          <w:bCs/>
          <w:color w:val="000000" w:themeColor="text1"/>
          <w:sz w:val="20"/>
          <w:szCs w:val="20"/>
          <w:lang w:val="sl-SI"/>
        </w:rPr>
        <w:t>Potrjujemo, da je</w:t>
      </w:r>
      <w:r w:rsidRPr="00965A86">
        <w:rPr>
          <w:rFonts w:ascii="Arial" w:hAnsi="Arial" w:cs="Arial"/>
          <w:b/>
          <w:color w:val="000000" w:themeColor="text1"/>
          <w:sz w:val="20"/>
          <w:szCs w:val="20"/>
          <w:lang w:val="sl-SI"/>
        </w:rPr>
        <w:t xml:space="preserve"> </w:t>
      </w:r>
      <w:r w:rsidRPr="00965A86">
        <w:rPr>
          <w:rFonts w:ascii="Arial" w:hAnsi="Arial" w:cs="Arial"/>
          <w:i/>
          <w:color w:val="000000" w:themeColor="text1"/>
          <w:sz w:val="20"/>
          <w:szCs w:val="20"/>
          <w:lang w:val="sl-SI"/>
        </w:rPr>
        <w:t>[ime in priimek udeleženca]</w:t>
      </w: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="00F645DB">
        <w:rPr>
          <w:rFonts w:ascii="Arial" w:hAnsi="Arial" w:cs="Arial"/>
          <w:color w:val="000000" w:themeColor="text1"/>
          <w:sz w:val="20"/>
          <w:szCs w:val="20"/>
          <w:lang w:val="sl-SI"/>
        </w:rPr>
        <w:t>opravil</w:t>
      </w: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/-a </w:t>
      </w:r>
      <w:r w:rsidRPr="00965A86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>program usposabljanja</w:t>
      </w:r>
      <w:r w:rsidR="00965A86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 xml:space="preserve"> s področja managementa v zdravstvu</w:t>
      </w:r>
      <w:r w:rsidRPr="00965A86">
        <w:rPr>
          <w:rFonts w:ascii="Arial" w:hAnsi="Arial" w:cs="Arial"/>
          <w:b/>
          <w:bCs/>
          <w:color w:val="000000" w:themeColor="text1"/>
          <w:sz w:val="20"/>
          <w:szCs w:val="20"/>
          <w:lang w:val="sl-SI"/>
        </w:rPr>
        <w:t xml:space="preserve"> za člane sveta javnega zdravstvenega zavoda </w:t>
      </w: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s področja managementa v zdravstvu, </w:t>
      </w:r>
      <w:r w:rsidR="00F645DB">
        <w:rPr>
          <w:rFonts w:ascii="Arial" w:hAnsi="Arial" w:cs="Arial"/>
          <w:color w:val="000000" w:themeColor="text1"/>
          <w:sz w:val="20"/>
          <w:szCs w:val="20"/>
          <w:lang w:val="sl-SI"/>
        </w:rPr>
        <w:t>v skladu</w:t>
      </w:r>
      <w:r w:rsidR="00F645DB"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</w:t>
      </w: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>z določili Pravilnika o postopku potrjevanja ustreznosti programa usposabljanja za management v zdravstvu</w:t>
      </w:r>
      <w:r w:rsidR="00F645DB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 (Uradni list RS, št. …)</w:t>
      </w:r>
      <w:r w:rsidR="00965A86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, v skupnem trajanju </w:t>
      </w:r>
      <w:r w:rsidR="00C535B4">
        <w:rPr>
          <w:rFonts w:ascii="Arial" w:hAnsi="Arial" w:cs="Arial"/>
          <w:color w:val="000000" w:themeColor="text1"/>
          <w:sz w:val="20"/>
          <w:szCs w:val="20"/>
          <w:lang w:val="sl-SI"/>
        </w:rPr>
        <w:t xml:space="preserve">10 </w:t>
      </w:r>
      <w:r w:rsidR="00965A86">
        <w:rPr>
          <w:rFonts w:ascii="Arial" w:hAnsi="Arial" w:cs="Arial"/>
          <w:color w:val="000000" w:themeColor="text1"/>
          <w:sz w:val="20"/>
          <w:szCs w:val="20"/>
          <w:lang w:val="sl-SI"/>
        </w:rPr>
        <w:t>pedagoških ur</w:t>
      </w: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>.</w:t>
      </w:r>
    </w:p>
    <w:p w14:paraId="483E35CA" w14:textId="097F5D5A" w:rsidR="000D3BA8" w:rsidRPr="00965A86" w:rsidRDefault="000D3BA8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15A2653F" w14:textId="77777777" w:rsidR="000D3BA8" w:rsidRDefault="000D3BA8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7C8B272E" w14:textId="77777777" w:rsidR="00965A86" w:rsidRPr="00965A86" w:rsidRDefault="00965A86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</w:p>
    <w:p w14:paraId="1212D3B8" w14:textId="77777777" w:rsidR="000D3BA8" w:rsidRPr="00965A86" w:rsidRDefault="003F3C8D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>Datum izdaje: __________________________</w:t>
      </w:r>
    </w:p>
    <w:p w14:paraId="7750E54D" w14:textId="77777777" w:rsidR="000D3BA8" w:rsidRPr="00965A86" w:rsidRDefault="003F3C8D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>Ime in priimek odgovorne osebe: __________________________</w:t>
      </w:r>
    </w:p>
    <w:p w14:paraId="7579A24C" w14:textId="77777777" w:rsidR="000D3BA8" w:rsidRPr="00965A86" w:rsidRDefault="003F3C8D" w:rsidP="00965A86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sl-SI"/>
        </w:rPr>
      </w:pPr>
      <w:r w:rsidRPr="00965A86">
        <w:rPr>
          <w:rFonts w:ascii="Arial" w:hAnsi="Arial" w:cs="Arial"/>
          <w:color w:val="000000" w:themeColor="text1"/>
          <w:sz w:val="20"/>
          <w:szCs w:val="20"/>
          <w:lang w:val="sl-SI"/>
        </w:rPr>
        <w:t>Podpis odgovorne osebe: __________________________</w:t>
      </w:r>
    </w:p>
    <w:sectPr w:rsidR="000D3BA8" w:rsidRPr="00965A8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7296175">
    <w:abstractNumId w:val="8"/>
  </w:num>
  <w:num w:numId="2" w16cid:durableId="13074218">
    <w:abstractNumId w:val="6"/>
  </w:num>
  <w:num w:numId="3" w16cid:durableId="1649675444">
    <w:abstractNumId w:val="5"/>
  </w:num>
  <w:num w:numId="4" w16cid:durableId="118308179">
    <w:abstractNumId w:val="4"/>
  </w:num>
  <w:num w:numId="5" w16cid:durableId="2134902551">
    <w:abstractNumId w:val="7"/>
  </w:num>
  <w:num w:numId="6" w16cid:durableId="1999337385">
    <w:abstractNumId w:val="3"/>
  </w:num>
  <w:num w:numId="7" w16cid:durableId="2128155673">
    <w:abstractNumId w:val="2"/>
  </w:num>
  <w:num w:numId="8" w16cid:durableId="205873282">
    <w:abstractNumId w:val="1"/>
  </w:num>
  <w:num w:numId="9" w16cid:durableId="155361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6564"/>
    <w:rsid w:val="000D3BA8"/>
    <w:rsid w:val="0015074B"/>
    <w:rsid w:val="0029639D"/>
    <w:rsid w:val="00326F90"/>
    <w:rsid w:val="003F3C8D"/>
    <w:rsid w:val="007F061F"/>
    <w:rsid w:val="00916649"/>
    <w:rsid w:val="00965A86"/>
    <w:rsid w:val="00AA1D8D"/>
    <w:rsid w:val="00B47730"/>
    <w:rsid w:val="00B53CC1"/>
    <w:rsid w:val="00BC459C"/>
    <w:rsid w:val="00C535B4"/>
    <w:rsid w:val="00CB0664"/>
    <w:rsid w:val="00D53C57"/>
    <w:rsid w:val="00DD49B6"/>
    <w:rsid w:val="00F645DB"/>
    <w:rsid w:val="00F836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151EC"/>
  <w14:defaultImageDpi w14:val="300"/>
  <w15:docId w15:val="{0EF32405-A1CE-4F70-92F0-252A252B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rPr>
      <w:rFonts w:ascii="Calibri" w:hAnsi="Calibri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ija">
    <w:name w:val="Revision"/>
    <w:hidden/>
    <w:uiPriority w:val="99"/>
    <w:semiHidden/>
    <w:rsid w:val="00DD49B6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Tomaž Bregar Horvat</cp:lastModifiedBy>
  <cp:revision>2</cp:revision>
  <dcterms:created xsi:type="dcterms:W3CDTF">2025-07-30T11:08:00Z</dcterms:created>
  <dcterms:modified xsi:type="dcterms:W3CDTF">2025-07-30T11:08:00Z</dcterms:modified>
  <cp:category/>
</cp:coreProperties>
</file>