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CF16" w14:textId="77777777" w:rsidR="00CE11D4" w:rsidRPr="002D591C" w:rsidRDefault="003878CF" w:rsidP="002D591C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Priloga 2: </w:t>
      </w:r>
      <w:proofErr w:type="spellStart"/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>Evalvacijski</w:t>
      </w:r>
      <w:proofErr w:type="spellEnd"/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obrazec komisije</w:t>
      </w:r>
    </w:p>
    <w:p w14:paraId="6A0FEFC0" w14:textId="77777777" w:rsidR="002D591C" w:rsidRPr="002D591C" w:rsidRDefault="002D591C" w:rsidP="002D591C">
      <w:pPr>
        <w:jc w:val="both"/>
        <w:rPr>
          <w:lang w:val="sl-SI"/>
        </w:rPr>
      </w:pPr>
    </w:p>
    <w:p w14:paraId="18A1839D" w14:textId="77777777" w:rsidR="002D591C" w:rsidRDefault="003878CF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>Komisija</w:t>
      </w:r>
      <w:r w:rsid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za evalvacijo programa</w:t>
      </w: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oceni program usposabljanja</w:t>
      </w:r>
      <w:r w:rsid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s področja managementa v zdravstvu</w:t>
      </w: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na podlagi meril</w:t>
      </w:r>
      <w:r w:rsidR="0052032A"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iz 5. člena </w:t>
      </w:r>
      <w:r w:rsidR="002D591C">
        <w:rPr>
          <w:rFonts w:ascii="Arial" w:hAnsi="Arial" w:cs="Arial"/>
          <w:color w:val="000000" w:themeColor="text1"/>
          <w:sz w:val="20"/>
          <w:szCs w:val="20"/>
          <w:lang w:val="sl-SI"/>
        </w:rPr>
        <w:t>Pravilnika o postopku potrjevanja ustreznosti programa usposabljanja za management v zdravstvu</w:t>
      </w: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. </w:t>
      </w:r>
    </w:p>
    <w:p w14:paraId="4E626FC2" w14:textId="69FE76A8" w:rsidR="00CE11D4" w:rsidRPr="002D591C" w:rsidRDefault="003878CF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Vsako merilo se ocenjuje </w:t>
      </w:r>
      <w:r w:rsidR="006D0FAA"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s številom točk  od 0 do 20. </w:t>
      </w: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Program mora doseči skupno vsaj 70 točk od 100 možnih.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6"/>
        <w:gridCol w:w="1725"/>
      </w:tblGrid>
      <w:tr w:rsidR="001937A3" w:rsidRPr="002D591C" w14:paraId="3D117450" w14:textId="77777777" w:rsidTr="005F46F2">
        <w:tc>
          <w:tcPr>
            <w:tcW w:w="1727" w:type="dxa"/>
          </w:tcPr>
          <w:p w14:paraId="31664D7A" w14:textId="77777777" w:rsidR="001937A3" w:rsidRPr="002D591C" w:rsidRDefault="001937A3" w:rsidP="002D591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Merilo</w:t>
            </w:r>
          </w:p>
        </w:tc>
        <w:tc>
          <w:tcPr>
            <w:tcW w:w="1727" w:type="dxa"/>
          </w:tcPr>
          <w:p w14:paraId="3CB71FA8" w14:textId="77777777" w:rsidR="001937A3" w:rsidRPr="002D591C" w:rsidRDefault="001937A3" w:rsidP="002D591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Opis merila</w:t>
            </w:r>
          </w:p>
        </w:tc>
        <w:tc>
          <w:tcPr>
            <w:tcW w:w="1726" w:type="dxa"/>
          </w:tcPr>
          <w:p w14:paraId="58463DCE" w14:textId="3FFB5898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Teža/možno število točk</w:t>
            </w:r>
          </w:p>
        </w:tc>
        <w:tc>
          <w:tcPr>
            <w:tcW w:w="1725" w:type="dxa"/>
          </w:tcPr>
          <w:p w14:paraId="27A69792" w14:textId="77777777" w:rsidR="001937A3" w:rsidRPr="002D591C" w:rsidRDefault="001937A3" w:rsidP="002D591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Doseženo število točk ( 0 – 20)</w:t>
            </w:r>
          </w:p>
        </w:tc>
      </w:tr>
      <w:tr w:rsidR="001937A3" w:rsidRPr="002D591C" w14:paraId="339F7222" w14:textId="77777777" w:rsidTr="005F46F2">
        <w:tc>
          <w:tcPr>
            <w:tcW w:w="1727" w:type="dxa"/>
          </w:tcPr>
          <w:p w14:paraId="61A7E459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Cilji programa</w:t>
            </w:r>
          </w:p>
        </w:tc>
        <w:tc>
          <w:tcPr>
            <w:tcW w:w="1727" w:type="dxa"/>
          </w:tcPr>
          <w:p w14:paraId="00F00885" w14:textId="2D8E30AC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Jasnost in merljivost ciljev ter pokritje vseh vsebinskih področij</w:t>
            </w:r>
          </w:p>
        </w:tc>
        <w:tc>
          <w:tcPr>
            <w:tcW w:w="1726" w:type="dxa"/>
          </w:tcPr>
          <w:p w14:paraId="13839629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20</w:t>
            </w:r>
          </w:p>
        </w:tc>
        <w:tc>
          <w:tcPr>
            <w:tcW w:w="1725" w:type="dxa"/>
          </w:tcPr>
          <w:p w14:paraId="1DADE7B9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1937A3" w:rsidRPr="002D591C" w14:paraId="1534896D" w14:textId="77777777" w:rsidTr="005F46F2">
        <w:tc>
          <w:tcPr>
            <w:tcW w:w="1727" w:type="dxa"/>
          </w:tcPr>
          <w:p w14:paraId="42D5829F" w14:textId="434EC9DD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Reference organizacije</w:t>
            </w:r>
          </w:p>
        </w:tc>
        <w:tc>
          <w:tcPr>
            <w:tcW w:w="1727" w:type="dxa"/>
          </w:tcPr>
          <w:p w14:paraId="1400F1F2" w14:textId="40A2ECCA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Izkušnje in reference organizacije na področju zdravstva in managementa</w:t>
            </w:r>
          </w:p>
        </w:tc>
        <w:tc>
          <w:tcPr>
            <w:tcW w:w="1726" w:type="dxa"/>
          </w:tcPr>
          <w:p w14:paraId="034E7EC6" w14:textId="4562E27D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10</w:t>
            </w:r>
          </w:p>
        </w:tc>
        <w:tc>
          <w:tcPr>
            <w:tcW w:w="1725" w:type="dxa"/>
          </w:tcPr>
          <w:p w14:paraId="52334D97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1937A3" w:rsidRPr="002D591C" w14:paraId="6728BEDB" w14:textId="77777777" w:rsidTr="005F46F2">
        <w:tc>
          <w:tcPr>
            <w:tcW w:w="1727" w:type="dxa"/>
          </w:tcPr>
          <w:p w14:paraId="06EA5899" w14:textId="778E6E32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Reference predavateljev</w:t>
            </w:r>
          </w:p>
        </w:tc>
        <w:tc>
          <w:tcPr>
            <w:tcW w:w="1727" w:type="dxa"/>
          </w:tcPr>
          <w:p w14:paraId="67559BAE" w14:textId="3B0E97F3" w:rsidR="001937A3" w:rsidRPr="002D591C" w:rsidRDefault="00210614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Strokovna usposobljenost, i</w:t>
            </w:r>
            <w:r w:rsidR="001937A3"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zkušnje</w:t>
            </w:r>
            <w:r w:rsidR="001937A3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 xml:space="preserve"> s področja ki ga predava</w:t>
            </w:r>
            <w:r w:rsidR="001937A3"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.</w:t>
            </w:r>
          </w:p>
        </w:tc>
        <w:tc>
          <w:tcPr>
            <w:tcW w:w="1726" w:type="dxa"/>
          </w:tcPr>
          <w:p w14:paraId="5A424198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20</w:t>
            </w:r>
          </w:p>
        </w:tc>
        <w:tc>
          <w:tcPr>
            <w:tcW w:w="1725" w:type="dxa"/>
          </w:tcPr>
          <w:p w14:paraId="0938E7FE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1937A3" w:rsidRPr="002D591C" w14:paraId="74FB3A04" w14:textId="77777777" w:rsidTr="005F46F2">
        <w:tc>
          <w:tcPr>
            <w:tcW w:w="1727" w:type="dxa"/>
          </w:tcPr>
          <w:p w14:paraId="212ED19E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Metode usposabljanja</w:t>
            </w:r>
          </w:p>
        </w:tc>
        <w:tc>
          <w:tcPr>
            <w:tcW w:w="1727" w:type="dxa"/>
          </w:tcPr>
          <w:p w14:paraId="1C2C701E" w14:textId="3ED5F5C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Interaktivnost, praktična naravnanost, delavnice</w:t>
            </w:r>
          </w:p>
        </w:tc>
        <w:tc>
          <w:tcPr>
            <w:tcW w:w="1726" w:type="dxa"/>
          </w:tcPr>
          <w:p w14:paraId="6FD600F1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20</w:t>
            </w:r>
          </w:p>
        </w:tc>
        <w:tc>
          <w:tcPr>
            <w:tcW w:w="1725" w:type="dxa"/>
          </w:tcPr>
          <w:p w14:paraId="12BCEDCB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1937A3" w:rsidRPr="002D591C" w14:paraId="6EDA8841" w14:textId="77777777" w:rsidTr="005F46F2">
        <w:tc>
          <w:tcPr>
            <w:tcW w:w="1727" w:type="dxa"/>
          </w:tcPr>
          <w:p w14:paraId="64EDB146" w14:textId="00963ACA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Metode preverjanja znanja</w:t>
            </w:r>
          </w:p>
        </w:tc>
        <w:tc>
          <w:tcPr>
            <w:tcW w:w="1727" w:type="dxa"/>
          </w:tcPr>
          <w:p w14:paraId="0DB6B428" w14:textId="3142A770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Sistematičnost in učinkovitost preverjanja znanja</w:t>
            </w:r>
          </w:p>
        </w:tc>
        <w:tc>
          <w:tcPr>
            <w:tcW w:w="1726" w:type="dxa"/>
          </w:tcPr>
          <w:p w14:paraId="352A2152" w14:textId="003FA183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10</w:t>
            </w:r>
          </w:p>
        </w:tc>
        <w:tc>
          <w:tcPr>
            <w:tcW w:w="1725" w:type="dxa"/>
          </w:tcPr>
          <w:p w14:paraId="2725C3F0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1937A3" w:rsidRPr="002D591C" w14:paraId="3A398E2E" w14:textId="77777777" w:rsidTr="005F46F2">
        <w:tc>
          <w:tcPr>
            <w:tcW w:w="1727" w:type="dxa"/>
          </w:tcPr>
          <w:p w14:paraId="50AA1D0C" w14:textId="68341D6C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Prilagojenost vsebin udeležencem programa in preverjanje zadovoljstva</w:t>
            </w:r>
          </w:p>
        </w:tc>
        <w:tc>
          <w:tcPr>
            <w:tcW w:w="1727" w:type="dxa"/>
          </w:tcPr>
          <w:p w14:paraId="292943E1" w14:textId="651E4CDA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Ustreznost vsebin glede na ciljno skupino in sistematično preverjanje zadovoljstva udeležencev</w:t>
            </w:r>
          </w:p>
        </w:tc>
        <w:tc>
          <w:tcPr>
            <w:tcW w:w="1726" w:type="dxa"/>
          </w:tcPr>
          <w:p w14:paraId="2F1DE582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  <w:r w:rsidRPr="002D591C"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  <w:t>20</w:t>
            </w:r>
          </w:p>
        </w:tc>
        <w:tc>
          <w:tcPr>
            <w:tcW w:w="1725" w:type="dxa"/>
          </w:tcPr>
          <w:p w14:paraId="2A2A7790" w14:textId="77777777" w:rsidR="001937A3" w:rsidRPr="002D591C" w:rsidRDefault="001937A3" w:rsidP="002D59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</w:tbl>
    <w:p w14:paraId="6593EAE2" w14:textId="77777777" w:rsidR="002D591C" w:rsidRDefault="002D591C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56667231" w14:textId="5E2FB4FF" w:rsidR="002D591C" w:rsidRDefault="003878CF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br/>
        <w:t>Sku</w:t>
      </w:r>
      <w:r w:rsidR="002D591C">
        <w:rPr>
          <w:rFonts w:ascii="Arial" w:hAnsi="Arial" w:cs="Arial"/>
          <w:color w:val="000000" w:themeColor="text1"/>
          <w:sz w:val="20"/>
          <w:szCs w:val="20"/>
          <w:lang w:val="sl-SI"/>
        </w:rPr>
        <w:t>p</w:t>
      </w: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>na ocena (seštevek točk): __________ / 100</w:t>
      </w:r>
    </w:p>
    <w:p w14:paraId="0CED89BF" w14:textId="77777777" w:rsidR="002D591C" w:rsidRDefault="002D591C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6C7714FB" w14:textId="6CE63404" w:rsidR="00CE11D4" w:rsidRPr="002D591C" w:rsidRDefault="003878CF" w:rsidP="002D591C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2D591C">
        <w:rPr>
          <w:rFonts w:ascii="Arial" w:hAnsi="Arial" w:cs="Arial"/>
          <w:color w:val="000000" w:themeColor="text1"/>
          <w:sz w:val="20"/>
          <w:szCs w:val="20"/>
          <w:lang w:val="sl-SI"/>
        </w:rPr>
        <w:t>Komentar komisije: ____________________________________________________________</w:t>
      </w:r>
    </w:p>
    <w:sectPr w:rsidR="00CE11D4" w:rsidRPr="002D59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0912481">
    <w:abstractNumId w:val="8"/>
  </w:num>
  <w:num w:numId="2" w16cid:durableId="802970191">
    <w:abstractNumId w:val="6"/>
  </w:num>
  <w:num w:numId="3" w16cid:durableId="356548273">
    <w:abstractNumId w:val="5"/>
  </w:num>
  <w:num w:numId="4" w16cid:durableId="37977291">
    <w:abstractNumId w:val="4"/>
  </w:num>
  <w:num w:numId="5" w16cid:durableId="1833443799">
    <w:abstractNumId w:val="7"/>
  </w:num>
  <w:num w:numId="6" w16cid:durableId="2036690484">
    <w:abstractNumId w:val="3"/>
  </w:num>
  <w:num w:numId="7" w16cid:durableId="1022047941">
    <w:abstractNumId w:val="2"/>
  </w:num>
  <w:num w:numId="8" w16cid:durableId="1713331">
    <w:abstractNumId w:val="1"/>
  </w:num>
  <w:num w:numId="9" w16cid:durableId="23876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37A3"/>
    <w:rsid w:val="00210614"/>
    <w:rsid w:val="0029639D"/>
    <w:rsid w:val="002D591C"/>
    <w:rsid w:val="00326F90"/>
    <w:rsid w:val="003878CF"/>
    <w:rsid w:val="004678C7"/>
    <w:rsid w:val="0052032A"/>
    <w:rsid w:val="0057222D"/>
    <w:rsid w:val="00576A40"/>
    <w:rsid w:val="00593CD1"/>
    <w:rsid w:val="005E78BF"/>
    <w:rsid w:val="005F46F2"/>
    <w:rsid w:val="006D0FAA"/>
    <w:rsid w:val="007A47DD"/>
    <w:rsid w:val="007F061F"/>
    <w:rsid w:val="00AA1D8D"/>
    <w:rsid w:val="00B36620"/>
    <w:rsid w:val="00B47730"/>
    <w:rsid w:val="00BB3F88"/>
    <w:rsid w:val="00BC459C"/>
    <w:rsid w:val="00C171C7"/>
    <w:rsid w:val="00CA6EE3"/>
    <w:rsid w:val="00CB0664"/>
    <w:rsid w:val="00CE11D4"/>
    <w:rsid w:val="00D53C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783D8"/>
  <w14:defaultImageDpi w14:val="300"/>
  <w15:docId w15:val="{63CABB2F-58AF-4B9F-AAE8-73D03357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Tomaž Bregar Horvat</cp:lastModifiedBy>
  <cp:revision>2</cp:revision>
  <dcterms:created xsi:type="dcterms:W3CDTF">2025-07-30T11:09:00Z</dcterms:created>
  <dcterms:modified xsi:type="dcterms:W3CDTF">2025-07-30T11:09:00Z</dcterms:modified>
  <cp:category/>
</cp:coreProperties>
</file>