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E5F75" w14:textId="032E12F7" w:rsidR="00A81A42" w:rsidRDefault="00A02DA6" w:rsidP="0081321E">
      <w:pPr>
        <w:pStyle w:val="Naslov2"/>
        <w:spacing w:before="0"/>
        <w:jc w:val="both"/>
        <w:rPr>
          <w:rFonts w:ascii="Arial" w:hAnsi="Arial" w:cs="Arial"/>
          <w:color w:val="auto"/>
          <w:sz w:val="20"/>
          <w:szCs w:val="20"/>
          <w:lang w:val="sl-SI"/>
        </w:rPr>
      </w:pPr>
      <w:r w:rsidRPr="0081321E">
        <w:rPr>
          <w:rFonts w:ascii="Arial" w:hAnsi="Arial" w:cs="Arial"/>
          <w:color w:val="auto"/>
          <w:sz w:val="20"/>
          <w:szCs w:val="20"/>
          <w:lang w:val="sl-SI"/>
        </w:rPr>
        <w:t>Priloga 1: Obrazec za prijavo programa usposabljanja</w:t>
      </w:r>
      <w:r w:rsidR="00E206E1" w:rsidRPr="0081321E">
        <w:rPr>
          <w:rFonts w:ascii="Arial" w:hAnsi="Arial" w:cs="Arial"/>
          <w:color w:val="auto"/>
          <w:sz w:val="20"/>
          <w:szCs w:val="20"/>
          <w:lang w:val="sl-SI"/>
        </w:rPr>
        <w:t xml:space="preserve"> za</w:t>
      </w:r>
      <w:r w:rsidR="0081321E" w:rsidRPr="0081321E">
        <w:rPr>
          <w:rFonts w:ascii="Arial" w:hAnsi="Arial" w:cs="Arial"/>
          <w:color w:val="auto"/>
          <w:sz w:val="20"/>
          <w:szCs w:val="20"/>
          <w:lang w:val="sl-SI"/>
        </w:rPr>
        <w:t xml:space="preserve"> </w:t>
      </w:r>
      <w:r w:rsidR="00E206E1" w:rsidRPr="0081321E">
        <w:rPr>
          <w:rFonts w:ascii="Arial" w:hAnsi="Arial" w:cs="Arial"/>
          <w:color w:val="auto"/>
          <w:sz w:val="20"/>
          <w:szCs w:val="20"/>
          <w:lang w:val="sl-SI"/>
        </w:rPr>
        <w:t>direktorje/strokovne direktorje in člane sveta zavoda</w:t>
      </w:r>
    </w:p>
    <w:p w14:paraId="5050E292" w14:textId="77777777" w:rsidR="0081321E" w:rsidRPr="0081321E" w:rsidRDefault="0081321E" w:rsidP="0081321E">
      <w:pPr>
        <w:spacing w:after="0"/>
        <w:rPr>
          <w:lang w:val="sl-SI"/>
        </w:rPr>
      </w:pPr>
    </w:p>
    <w:p w14:paraId="33B01FC4" w14:textId="13EE538A" w:rsidR="0081321E" w:rsidRDefault="00E206E1" w:rsidP="0081321E">
      <w:pPr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Ministrstvo za zdravje</w:t>
      </w:r>
      <w:r w:rsidRPr="0081321E">
        <w:rPr>
          <w:rFonts w:ascii="Arial" w:hAnsi="Arial" w:cs="Arial"/>
          <w:sz w:val="20"/>
          <w:szCs w:val="20"/>
          <w:lang w:val="sl-SI"/>
        </w:rPr>
        <w:br/>
        <w:t>Štefanova ulica 5</w:t>
      </w:r>
      <w:r w:rsidRPr="0081321E">
        <w:rPr>
          <w:rFonts w:ascii="Arial" w:hAnsi="Arial" w:cs="Arial"/>
          <w:sz w:val="20"/>
          <w:szCs w:val="20"/>
          <w:lang w:val="sl-SI"/>
        </w:rPr>
        <w:br/>
        <w:t>1000 Ljubljana</w:t>
      </w:r>
    </w:p>
    <w:p w14:paraId="3A81783B" w14:textId="77777777" w:rsidR="0081321E" w:rsidRDefault="0081321E" w:rsidP="0081321E">
      <w:pPr>
        <w:spacing w:after="0"/>
        <w:rPr>
          <w:rFonts w:ascii="Arial" w:hAnsi="Arial" w:cs="Arial"/>
          <w:sz w:val="20"/>
          <w:szCs w:val="20"/>
          <w:lang w:val="sl-SI"/>
        </w:rPr>
      </w:pPr>
    </w:p>
    <w:p w14:paraId="74ED6DDA" w14:textId="77777777" w:rsidR="0081321E" w:rsidRDefault="0081321E" w:rsidP="0081321E">
      <w:pPr>
        <w:spacing w:after="0"/>
        <w:rPr>
          <w:rFonts w:ascii="Arial" w:hAnsi="Arial" w:cs="Arial"/>
          <w:sz w:val="20"/>
          <w:szCs w:val="20"/>
          <w:lang w:val="sl-SI"/>
        </w:rPr>
      </w:pPr>
    </w:p>
    <w:p w14:paraId="2D2C8C7A" w14:textId="77777777" w:rsidR="0081321E" w:rsidRPr="0081321E" w:rsidRDefault="0081321E" w:rsidP="0081321E">
      <w:pPr>
        <w:spacing w:after="0"/>
        <w:rPr>
          <w:rFonts w:ascii="Arial" w:hAnsi="Arial" w:cs="Arial"/>
          <w:sz w:val="20"/>
          <w:szCs w:val="20"/>
          <w:lang w:val="sl-SI"/>
        </w:rPr>
      </w:pPr>
    </w:p>
    <w:p w14:paraId="4B6BA05D" w14:textId="77777777" w:rsidR="00A81A42" w:rsidRPr="0081321E" w:rsidRDefault="00A02DA6" w:rsidP="0081321E">
      <w:pPr>
        <w:pStyle w:val="Naslov2"/>
        <w:spacing w:before="0"/>
        <w:rPr>
          <w:rFonts w:ascii="Arial" w:hAnsi="Arial" w:cs="Arial"/>
          <w:color w:val="auto"/>
          <w:sz w:val="20"/>
          <w:szCs w:val="20"/>
          <w:lang w:val="sl-SI"/>
        </w:rPr>
      </w:pPr>
      <w:r w:rsidRPr="0081321E">
        <w:rPr>
          <w:rFonts w:ascii="Arial" w:hAnsi="Arial" w:cs="Arial"/>
          <w:color w:val="auto"/>
          <w:sz w:val="20"/>
          <w:szCs w:val="20"/>
          <w:lang w:val="sl-SI"/>
        </w:rPr>
        <w:t>PODATKI O PROGRAMU</w:t>
      </w:r>
    </w:p>
    <w:p w14:paraId="7AF3FEAD" w14:textId="77777777" w:rsidR="00A81A42" w:rsidRPr="0081321E" w:rsidRDefault="00A02DA6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Naziv programa:</w:t>
      </w:r>
    </w:p>
    <w:p w14:paraId="7D7E2C74" w14:textId="77777777" w:rsidR="00A81A42" w:rsidRPr="0081321E" w:rsidRDefault="00D57FFA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Vsebina</w:t>
      </w:r>
      <w:r w:rsidR="00A02DA6" w:rsidRPr="0081321E">
        <w:rPr>
          <w:rFonts w:ascii="Arial" w:hAnsi="Arial" w:cs="Arial"/>
          <w:sz w:val="20"/>
          <w:szCs w:val="20"/>
          <w:lang w:val="sl-SI"/>
        </w:rPr>
        <w:t xml:space="preserve"> programa:</w:t>
      </w:r>
    </w:p>
    <w:p w14:paraId="6C7C56D9" w14:textId="77777777" w:rsidR="00A81A42" w:rsidRPr="0081321E" w:rsidRDefault="00A02DA6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Trajanje (v urah):</w:t>
      </w:r>
    </w:p>
    <w:p w14:paraId="791CB4A5" w14:textId="77777777" w:rsidR="00A81A42" w:rsidRPr="0081321E" w:rsidRDefault="00A02DA6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Ciljna skupina udeležencev:</w:t>
      </w:r>
    </w:p>
    <w:p w14:paraId="5D4B1AD8" w14:textId="77777777" w:rsidR="00D57FFA" w:rsidRPr="0081321E" w:rsidRDefault="00D57FFA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Učni načrt:</w:t>
      </w:r>
    </w:p>
    <w:p w14:paraId="2551C8E1" w14:textId="7C238DEC" w:rsidR="00D57FFA" w:rsidRPr="0081321E" w:rsidRDefault="00D57FFA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 xml:space="preserve">Cilji </w:t>
      </w:r>
      <w:r w:rsidR="00E206E1" w:rsidRPr="0081321E">
        <w:rPr>
          <w:rFonts w:ascii="Arial" w:hAnsi="Arial" w:cs="Arial"/>
          <w:sz w:val="20"/>
          <w:szCs w:val="20"/>
          <w:lang w:val="sl-SI"/>
        </w:rPr>
        <w:t>u</w:t>
      </w:r>
      <w:r w:rsidRPr="0081321E">
        <w:rPr>
          <w:rFonts w:ascii="Arial" w:hAnsi="Arial" w:cs="Arial"/>
          <w:sz w:val="20"/>
          <w:szCs w:val="20"/>
          <w:lang w:val="sl-SI"/>
        </w:rPr>
        <w:t>sposabljanja:</w:t>
      </w:r>
    </w:p>
    <w:p w14:paraId="4D94359B" w14:textId="77777777" w:rsidR="00A81A42" w:rsidRPr="0081321E" w:rsidRDefault="00A02DA6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Način izvedbe</w:t>
      </w:r>
      <w:r w:rsidR="00D57FFA" w:rsidRPr="0081321E">
        <w:rPr>
          <w:rFonts w:ascii="Arial" w:hAnsi="Arial" w:cs="Arial"/>
          <w:sz w:val="20"/>
          <w:szCs w:val="20"/>
          <w:lang w:val="sl-SI"/>
        </w:rPr>
        <w:t xml:space="preserve"> posameznega vsebinskega sklopa</w:t>
      </w:r>
      <w:r w:rsidRPr="0081321E">
        <w:rPr>
          <w:rFonts w:ascii="Arial" w:hAnsi="Arial" w:cs="Arial"/>
          <w:sz w:val="20"/>
          <w:szCs w:val="20"/>
          <w:lang w:val="sl-SI"/>
        </w:rPr>
        <w:t xml:space="preserve"> (predavanja, delavnice, e-učenje, ipd.):</w:t>
      </w:r>
    </w:p>
    <w:p w14:paraId="49D95B4B" w14:textId="77777777" w:rsidR="00A81A42" w:rsidRPr="0081321E" w:rsidRDefault="00A02DA6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Metode preverjanja znanja (testi, projekti, praktične naloge):</w:t>
      </w:r>
    </w:p>
    <w:p w14:paraId="4D21EBA8" w14:textId="7B0B5EB6" w:rsidR="00E206E1" w:rsidRPr="0081321E" w:rsidRDefault="00E206E1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 xml:space="preserve">Prostorski in tehnični pogoji za izvedbo: </w:t>
      </w:r>
    </w:p>
    <w:p w14:paraId="399B731C" w14:textId="77777777" w:rsidR="00E206E1" w:rsidRDefault="00E206E1" w:rsidP="0081321E">
      <w:pPr>
        <w:pStyle w:val="Oznaenseznam"/>
        <w:numPr>
          <w:ilvl w:val="0"/>
          <w:numId w:val="0"/>
        </w:numPr>
        <w:spacing w:after="0"/>
        <w:ind w:left="360"/>
        <w:rPr>
          <w:rFonts w:ascii="Arial" w:hAnsi="Arial" w:cs="Arial"/>
          <w:sz w:val="20"/>
          <w:szCs w:val="20"/>
          <w:lang w:val="sl-SI"/>
        </w:rPr>
      </w:pPr>
    </w:p>
    <w:p w14:paraId="5F604F22" w14:textId="77777777" w:rsidR="0081321E" w:rsidRDefault="0081321E" w:rsidP="0081321E">
      <w:pPr>
        <w:pStyle w:val="Oznaenseznam"/>
        <w:numPr>
          <w:ilvl w:val="0"/>
          <w:numId w:val="0"/>
        </w:numPr>
        <w:spacing w:after="0"/>
        <w:ind w:left="360"/>
        <w:rPr>
          <w:rFonts w:ascii="Arial" w:hAnsi="Arial" w:cs="Arial"/>
          <w:sz w:val="20"/>
          <w:szCs w:val="20"/>
          <w:lang w:val="sl-SI"/>
        </w:rPr>
      </w:pPr>
    </w:p>
    <w:p w14:paraId="0867BB1F" w14:textId="77777777" w:rsidR="0081321E" w:rsidRPr="0081321E" w:rsidRDefault="0081321E" w:rsidP="0081321E">
      <w:pPr>
        <w:pStyle w:val="Oznaenseznam"/>
        <w:numPr>
          <w:ilvl w:val="0"/>
          <w:numId w:val="0"/>
        </w:numPr>
        <w:spacing w:after="0"/>
        <w:ind w:left="360"/>
        <w:rPr>
          <w:rFonts w:ascii="Arial" w:hAnsi="Arial" w:cs="Arial"/>
          <w:sz w:val="20"/>
          <w:szCs w:val="20"/>
          <w:lang w:val="sl-SI"/>
        </w:rPr>
      </w:pPr>
    </w:p>
    <w:p w14:paraId="329019DF" w14:textId="77777777" w:rsidR="00A81A42" w:rsidRPr="0081321E" w:rsidRDefault="00A02DA6" w:rsidP="0081321E">
      <w:pPr>
        <w:pStyle w:val="Naslov2"/>
        <w:spacing w:before="0"/>
        <w:rPr>
          <w:rFonts w:ascii="Arial" w:hAnsi="Arial" w:cs="Arial"/>
          <w:color w:val="auto"/>
          <w:sz w:val="20"/>
          <w:szCs w:val="20"/>
          <w:lang w:val="sl-SI"/>
        </w:rPr>
      </w:pPr>
      <w:r w:rsidRPr="0081321E">
        <w:rPr>
          <w:rFonts w:ascii="Arial" w:hAnsi="Arial" w:cs="Arial"/>
          <w:color w:val="auto"/>
          <w:sz w:val="20"/>
          <w:szCs w:val="20"/>
          <w:lang w:val="sl-SI"/>
        </w:rPr>
        <w:t>PODATKI O IZVAJALCIH</w:t>
      </w:r>
    </w:p>
    <w:p w14:paraId="5D3D60BE" w14:textId="77777777" w:rsidR="00A81A42" w:rsidRPr="0081321E" w:rsidRDefault="00A02DA6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Imena predavateljev</w:t>
      </w:r>
      <w:r w:rsidR="00D57FFA" w:rsidRPr="0081321E">
        <w:rPr>
          <w:rFonts w:ascii="Arial" w:hAnsi="Arial" w:cs="Arial"/>
          <w:sz w:val="20"/>
          <w:szCs w:val="20"/>
          <w:lang w:val="sl-SI"/>
        </w:rPr>
        <w:t xml:space="preserve"> po vsebinskih sklopih ter i</w:t>
      </w:r>
      <w:r w:rsidRPr="0081321E">
        <w:rPr>
          <w:rFonts w:ascii="Arial" w:hAnsi="Arial" w:cs="Arial"/>
          <w:sz w:val="20"/>
          <w:szCs w:val="20"/>
          <w:lang w:val="sl-SI"/>
        </w:rPr>
        <w:t>zobrazba in strokovna usposobljenost:</w:t>
      </w:r>
    </w:p>
    <w:p w14:paraId="16B545F9" w14:textId="77777777" w:rsidR="00A81A42" w:rsidRPr="0081321E" w:rsidRDefault="00D57FFA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Reference predavateljev</w:t>
      </w:r>
      <w:r w:rsidR="00A02DA6" w:rsidRPr="0081321E">
        <w:rPr>
          <w:rFonts w:ascii="Arial" w:hAnsi="Arial" w:cs="Arial"/>
          <w:sz w:val="20"/>
          <w:szCs w:val="20"/>
          <w:lang w:val="sl-SI"/>
        </w:rPr>
        <w:t xml:space="preserve"> na področju zdravstva in menedžmenta:</w:t>
      </w:r>
    </w:p>
    <w:p w14:paraId="7F2E2AA1" w14:textId="372FAFC4" w:rsidR="00E206E1" w:rsidRPr="0081321E" w:rsidRDefault="00E206E1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Priloženi življenjepisi predavateljev: DA/NE</w:t>
      </w:r>
    </w:p>
    <w:p w14:paraId="434A18FB" w14:textId="2AF67E8B" w:rsidR="00A81A42" w:rsidRPr="0081321E" w:rsidRDefault="00E206E1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Reference organizacije na področju zdravstva in managementa:</w:t>
      </w:r>
    </w:p>
    <w:p w14:paraId="6AB6F021" w14:textId="77777777" w:rsidR="00E206E1" w:rsidRPr="0081321E" w:rsidRDefault="00E206E1" w:rsidP="0081321E">
      <w:pPr>
        <w:pStyle w:val="Oznaenseznam"/>
        <w:numPr>
          <w:ilvl w:val="0"/>
          <w:numId w:val="0"/>
        </w:numPr>
        <w:spacing w:after="0"/>
        <w:ind w:left="360"/>
        <w:rPr>
          <w:rFonts w:ascii="Arial" w:hAnsi="Arial" w:cs="Arial"/>
          <w:sz w:val="20"/>
          <w:szCs w:val="20"/>
          <w:lang w:val="sl-SI"/>
        </w:rPr>
      </w:pPr>
    </w:p>
    <w:p w14:paraId="49373A24" w14:textId="0015ADDC" w:rsidR="00E206E1" w:rsidRPr="0081321E" w:rsidRDefault="00E206E1" w:rsidP="0081321E">
      <w:pPr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Izjavljamo, da bo organizacija  podatke o opravljenih usposabljanjih in izdanih potrdilih objavila na svoji spletni strani ter omogočila elektronsko prijavo na program.</w:t>
      </w:r>
    </w:p>
    <w:p w14:paraId="368F595A" w14:textId="77777777" w:rsidR="00E206E1" w:rsidRDefault="00E206E1" w:rsidP="0081321E">
      <w:pPr>
        <w:pStyle w:val="Naslov2"/>
        <w:spacing w:before="0"/>
        <w:rPr>
          <w:rFonts w:ascii="Arial" w:hAnsi="Arial" w:cs="Arial"/>
          <w:color w:val="auto"/>
          <w:sz w:val="20"/>
          <w:szCs w:val="20"/>
          <w:lang w:val="sl-SI"/>
        </w:rPr>
      </w:pPr>
    </w:p>
    <w:p w14:paraId="68B03942" w14:textId="77777777" w:rsidR="0081321E" w:rsidRPr="0081321E" w:rsidRDefault="0081321E" w:rsidP="0081321E">
      <w:pPr>
        <w:spacing w:after="0"/>
        <w:rPr>
          <w:lang w:val="sl-SI"/>
        </w:rPr>
      </w:pPr>
    </w:p>
    <w:p w14:paraId="689EC59F" w14:textId="13942D02" w:rsidR="00A81A42" w:rsidRPr="0081321E" w:rsidRDefault="00A02DA6" w:rsidP="0081321E">
      <w:pPr>
        <w:pStyle w:val="Naslov2"/>
        <w:spacing w:before="0"/>
        <w:rPr>
          <w:rFonts w:ascii="Arial" w:hAnsi="Arial" w:cs="Arial"/>
          <w:color w:val="auto"/>
          <w:sz w:val="20"/>
          <w:szCs w:val="20"/>
          <w:lang w:val="sl-SI"/>
        </w:rPr>
      </w:pPr>
      <w:r w:rsidRPr="0081321E">
        <w:rPr>
          <w:rFonts w:ascii="Arial" w:hAnsi="Arial" w:cs="Arial"/>
          <w:color w:val="auto"/>
          <w:sz w:val="20"/>
          <w:szCs w:val="20"/>
          <w:lang w:val="sl-SI"/>
        </w:rPr>
        <w:t>PODPIS ODGOVORNE OSEBE</w:t>
      </w:r>
    </w:p>
    <w:p w14:paraId="2E104738" w14:textId="77777777" w:rsidR="00A81A42" w:rsidRPr="0081321E" w:rsidRDefault="00A02DA6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Ime in priimek:</w:t>
      </w:r>
    </w:p>
    <w:p w14:paraId="4188FCBF" w14:textId="77777777" w:rsidR="00A81A42" w:rsidRPr="0081321E" w:rsidRDefault="00A02DA6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Funkcija:</w:t>
      </w:r>
    </w:p>
    <w:p w14:paraId="3F54F737" w14:textId="77777777" w:rsidR="00A81A42" w:rsidRPr="0081321E" w:rsidRDefault="00A02DA6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Datum:</w:t>
      </w:r>
    </w:p>
    <w:p w14:paraId="399CCBED" w14:textId="77777777" w:rsidR="00A81A42" w:rsidRPr="0081321E" w:rsidRDefault="00A02DA6" w:rsidP="0081321E">
      <w:pPr>
        <w:pStyle w:val="Oznaenseznam"/>
        <w:spacing w:after="0"/>
        <w:rPr>
          <w:rFonts w:ascii="Arial" w:hAnsi="Arial" w:cs="Arial"/>
          <w:sz w:val="20"/>
          <w:szCs w:val="20"/>
          <w:lang w:val="sl-SI"/>
        </w:rPr>
      </w:pPr>
      <w:r w:rsidRPr="0081321E">
        <w:rPr>
          <w:rFonts w:ascii="Arial" w:hAnsi="Arial" w:cs="Arial"/>
          <w:sz w:val="20"/>
          <w:szCs w:val="20"/>
          <w:lang w:val="sl-SI"/>
        </w:rPr>
        <w:t>Podpis:</w:t>
      </w:r>
    </w:p>
    <w:sectPr w:rsidR="00A81A42" w:rsidRPr="0081321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5208E2"/>
    <w:multiLevelType w:val="hybridMultilevel"/>
    <w:tmpl w:val="AE7664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709133">
    <w:abstractNumId w:val="8"/>
  </w:num>
  <w:num w:numId="2" w16cid:durableId="552157626">
    <w:abstractNumId w:val="6"/>
  </w:num>
  <w:num w:numId="3" w16cid:durableId="367486945">
    <w:abstractNumId w:val="5"/>
  </w:num>
  <w:num w:numId="4" w16cid:durableId="1236547709">
    <w:abstractNumId w:val="4"/>
  </w:num>
  <w:num w:numId="5" w16cid:durableId="788352993">
    <w:abstractNumId w:val="7"/>
  </w:num>
  <w:num w:numId="6" w16cid:durableId="823740870">
    <w:abstractNumId w:val="3"/>
  </w:num>
  <w:num w:numId="7" w16cid:durableId="1457943544">
    <w:abstractNumId w:val="2"/>
  </w:num>
  <w:num w:numId="8" w16cid:durableId="791478697">
    <w:abstractNumId w:val="1"/>
  </w:num>
  <w:num w:numId="9" w16cid:durableId="904410295">
    <w:abstractNumId w:val="0"/>
  </w:num>
  <w:num w:numId="10" w16cid:durableId="2041395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2BF"/>
    <w:rsid w:val="0015074B"/>
    <w:rsid w:val="0029639D"/>
    <w:rsid w:val="002E6326"/>
    <w:rsid w:val="00326F90"/>
    <w:rsid w:val="0057222D"/>
    <w:rsid w:val="00593CD1"/>
    <w:rsid w:val="00617381"/>
    <w:rsid w:val="007F061F"/>
    <w:rsid w:val="0081321E"/>
    <w:rsid w:val="008337B9"/>
    <w:rsid w:val="00867E72"/>
    <w:rsid w:val="00A02DA6"/>
    <w:rsid w:val="00A81A42"/>
    <w:rsid w:val="00AA1D8D"/>
    <w:rsid w:val="00B36620"/>
    <w:rsid w:val="00B47730"/>
    <w:rsid w:val="00BC459C"/>
    <w:rsid w:val="00BC45B5"/>
    <w:rsid w:val="00CB0664"/>
    <w:rsid w:val="00D53C57"/>
    <w:rsid w:val="00D57FFA"/>
    <w:rsid w:val="00E206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3308B"/>
  <w14:defaultImageDpi w14:val="300"/>
  <w15:docId w15:val="{63CABB2F-58AF-4B9F-AAE8-73D03357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Tomaž Bregar Horvat</cp:lastModifiedBy>
  <cp:revision>2</cp:revision>
  <dcterms:created xsi:type="dcterms:W3CDTF">2025-07-30T11:09:00Z</dcterms:created>
  <dcterms:modified xsi:type="dcterms:W3CDTF">2025-07-30T11:09:00Z</dcterms:modified>
  <cp:category/>
</cp:coreProperties>
</file>